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כסליו–חנוכה · יסודי – רגיל · חוברת תלמיד</w:t>
      </w:r>
    </w:p>
    <w:p>
      <w:pPr>
        <w:bidi/>
        <w:jc w:val="right"/>
      </w:pPr>
      <w:r>
        <w:rPr>
          <w:rFonts w:ascii="Arial" w:hAnsi="Arial" w:cs="Arial"/>
          <w:sz w:val="28"/>
          <w:rtl/>
          <w:szCs w:val="28"/>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הַסְּבִיבוֹן הַמִּסְתּוֹרִי</w:t>
      </w:r>
    </w:p>
    <w:p>
      <w:pPr>
        <w:bidi/>
        <w:jc w:val="right"/>
      </w:pPr>
      <w:r>
        <w:rPr>
          <w:rFonts w:ascii="Arial" w:hAnsi="Arial" w:cs="Arial"/>
          <w:color w:val="555577"/>
          <w:sz w:val="28"/>
          <w:rtl/>
          <w:szCs w:val="28"/>
        </w:rPr>
        <w:t>התיק: מִי הִשְׁאִיר אֶת הַסְּבִיבוֹן וְהַפֶּתֶק עַל שֻׁלְחַן הַמּוֹרָה?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יוֹם לִפְנֵי חֲנֻכָּה, בִּשְׁמוֹנֶה בַּבֹּקֶר, נִכְנְסָה הַמּוֹרָה לַכִּתָּה. עַל הַשֻּׁלְחָן חִכָּה לָהּ סְבִיבוֹן קָטָן וְכָחֹל. לְיָדוֹ הָיָה פֶּתֶק: "מְעַט אוֹר דּוֹחֶה הַרְבֵּה חֹשֶׁךְ. חַג שָׂמֵחַ!" הַמּוֹרָה הִסְתַּכְּלָה הֵיטֵב. עַל הַפֶּתֶק הָיְתָה אַבְקַת סֻכָּר לְבָנָה, וְעַל הַסְּבִיבוֹן הָיוּ הָאוֹתִיּוֹת נ, ג, ה, ש. עוֹד לִפְנֵי שֶׁהַמּוֹרָה הִגִּיעָה, בְּשֶׁבַע וָחֵצִי, הָיוּ בַּכִּתָּה שְׁלוֹשָׁה יְלָדִים: נוֹעָה, אֵיתָן וּמָאיָה. נוֹעָה סִפְּרָה שֶׁאָכְלָה בַּבַּיִת לְבִיבָה חַמָּה שֶׁל תַּפּוּחֵי אֲדָמָה, בְּלִי סֻכָּר בִּכְלָל. אֵיתָן הֶרְאָה לְכֻלָּם סְבִיבוֹן חָדָשׁ שֶׁקָּנָה בְּשׁוּק בִּירוּשָׁלַיִם. מָאיָה סִפְּרָה שֶׁהַדּוֹדָה שֶׁלָּהּ גָּרָה רָחוֹק, מֵעֵבֶר לַיָּם, וְשׁוֹלַחַת לָהּ מַתָּנוֹת לִפְנֵי כָּל חַג. בַּדֶּרֶךְ לְבֵית הַסֵּפֶר הִיא אָכְלָה סֻפְגָּנִיָּה עִם אַבְקַת סֻכָּר. עִידוֹ הִגִּיעַ רַק בִּשְׁמוֹנֶה וָרֶבַע, אַחֲרֵי שֶׁהַמּוֹרָה כְּבָר מָצְאָה אֶת הַסְּבִיבוֹן. הַמּוֹרָה חִיְּכָה: "מִי שֶׁהִשְׁאִיר אֶת הַמַּתָּנָה הַזֹּאת הֵבִיא לָנוּ אוֹר. בּוֹאוּ נְגַלֶּה מִי זֶה!"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החשוד/ה</w:t>
            </w:r>
          </w:p>
        </w:tc>
        <w:tc>
          <w:tcPr>
            <w:tcW w:type="dxa" w:w="2606"/>
            <w:shd w:val="clear" w:fill="E5DBFF"/>
          </w:tcPr>
          <w:p>
            <w:pPr>
              <w:bidi/>
              <w:jc w:val="right"/>
            </w:pPr>
            <w:r>
              <w:rPr>
                <w:rFonts w:ascii="Arial" w:hAnsi="Arial" w:cs="Arial"/>
                <w:b/>
                <w:sz w:val="26"/>
                <w:rtl/>
                <w:szCs w:val="26"/>
                <w:bCs/>
              </w:rPr>
              <w:t>תיאור</w:t>
            </w:r>
          </w:p>
        </w:tc>
        <w:tc>
          <w:tcPr>
            <w:tcW w:type="dxa" w:w="2606"/>
            <w:shd w:val="clear" w:fill="E5DBFF"/>
          </w:tcPr>
          <w:p>
            <w:pPr>
              <w:bidi/>
              <w:jc w:val="right"/>
            </w:pPr>
            <w:r>
              <w:rPr>
                <w:rFonts w:ascii="Arial" w:hAnsi="Arial" w:cs="Arial"/>
                <w:b/>
                <w:sz w:val="26"/>
                <w:rtl/>
                <w:szCs w:val="26"/>
                <w:bCs/>
              </w:rPr>
              <w:t>נשלל/ה? ✖</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נוֹעָה</w:t>
            </w:r>
          </w:p>
        </w:tc>
        <w:tc>
          <w:tcPr>
            <w:tcW w:type="dxa" w:w="2606"/>
          </w:tcPr>
          <w:p>
            <w:pPr>
              <w:bidi/>
              <w:jc w:val="right"/>
            </w:pPr>
            <w:r>
              <w:rPr>
                <w:rFonts w:ascii="Arial" w:hAnsi="Arial" w:cs="Arial"/>
                <w:sz w:val="26"/>
                <w:rtl/>
                <w:szCs w:val="26"/>
              </w:rPr>
              <w:t>אָכְלָה לְבִיבָה חַמָּה בַּבֹּקֶר</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אֵיתָן</w:t>
            </w:r>
          </w:p>
        </w:tc>
        <w:tc>
          <w:tcPr>
            <w:tcW w:type="dxa" w:w="2606"/>
          </w:tcPr>
          <w:p>
            <w:pPr>
              <w:bidi/>
              <w:jc w:val="right"/>
            </w:pPr>
            <w:r>
              <w:rPr>
                <w:rFonts w:ascii="Arial" w:hAnsi="Arial" w:cs="Arial"/>
                <w:sz w:val="26"/>
                <w:rtl/>
                <w:szCs w:val="26"/>
              </w:rPr>
              <w:t>קָנָה סְבִיבוֹן חָדָשׁ בִּירוּשָׁלַיִם</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מָאיָה</w:t>
            </w:r>
          </w:p>
        </w:tc>
        <w:tc>
          <w:tcPr>
            <w:tcW w:type="dxa" w:w="2606"/>
          </w:tcPr>
          <w:p>
            <w:pPr>
              <w:bidi/>
              <w:jc w:val="right"/>
            </w:pPr>
            <w:r>
              <w:rPr>
                <w:rFonts w:ascii="Arial" w:hAnsi="Arial" w:cs="Arial"/>
                <w:sz w:val="26"/>
                <w:rtl/>
                <w:szCs w:val="26"/>
              </w:rPr>
              <w:t>מְקַבֶּלֶת מַתָּנוֹת מִדּוֹדָה רְחוֹקָה</w:t>
            </w:r>
          </w:p>
        </w:tc>
        <w:tc>
          <w:tcPr>
            <w:tcW w:type="dxa" w:w="2606"/>
          </w:tcPr>
          <w:p>
            <w:pPr>
              <w:bidi/>
              <w:jc w:val="right"/>
            </w:pPr>
            <w:r>
              <w:rPr>
                <w:rFonts w:ascii="Arial" w:hAnsi="Arial" w:cs="Arial"/>
                <w:sz w:val="26"/>
                <w:rtl/>
                <w:szCs w:val="26"/>
              </w:rPr>
              <w:t>☐</w:t>
            </w:r>
          </w:p>
        </w:tc>
      </w:tr>
      <w:tr>
        <w:tc>
          <w:tcPr>
            <w:tcW w:type="dxa" w:w="2606"/>
          </w:tcPr>
          <w:p>
            <w:pPr>
              <w:bidi/>
              <w:jc w:val="right"/>
            </w:pPr>
            <w:r>
              <w:rPr>
                <w:rFonts w:ascii="Arial" w:hAnsi="Arial" w:cs="Arial"/>
                <w:sz w:val="26"/>
                <w:rtl/>
                <w:szCs w:val="26"/>
              </w:rPr>
              <w:t>⏰</w:t>
            </w:r>
          </w:p>
        </w:tc>
        <w:tc>
          <w:tcPr>
            <w:tcW w:type="dxa" w:w="2606"/>
          </w:tcPr>
          <w:p>
            <w:pPr>
              <w:bidi/>
              <w:jc w:val="right"/>
            </w:pPr>
            <w:r>
              <w:rPr>
                <w:rFonts w:ascii="Arial" w:hAnsi="Arial" w:cs="Arial"/>
                <w:sz w:val="26"/>
                <w:rtl/>
                <w:szCs w:val="26"/>
              </w:rPr>
              <w:t>עִידוֹ</w:t>
            </w:r>
          </w:p>
        </w:tc>
        <w:tc>
          <w:tcPr>
            <w:tcW w:type="dxa" w:w="2606"/>
          </w:tcPr>
          <w:p>
            <w:pPr>
              <w:bidi/>
              <w:jc w:val="right"/>
            </w:pPr>
            <w:r>
              <w:rPr>
                <w:rFonts w:ascii="Arial" w:hAnsi="Arial" w:cs="Arial"/>
                <w:sz w:val="26"/>
                <w:rtl/>
                <w:szCs w:val="26"/>
              </w:rPr>
              <w:t>מַגִּיעַ תָּמִיד בְּרֶגַע הָאַחֲרוֹן</w:t>
            </w:r>
          </w:p>
        </w:tc>
        <w:tc>
          <w:tcPr>
            <w:tcW w:type="dxa" w:w="2606"/>
          </w:tcPr>
          <w:p>
            <w:pPr>
              <w:bidi/>
              <w:jc w:val="right"/>
            </w:pPr>
            <w:r>
              <w:rPr>
                <w:rFonts w:ascii="Arial" w:hAnsi="Arial" w:cs="Arial"/>
                <w:sz w:val="26"/>
                <w:rtl/>
                <w:szCs w:val="26"/>
              </w:rPr>
              <w:t>☐</w:t>
            </w:r>
          </w:p>
        </w:tc>
      </w:tr>
    </w:tbl>
    <w:p>
      <w:pPr>
        <w:bidi/>
        <w:jc w:val="right"/>
      </w:pPr>
    </w:p>
    <w:p>
      <w:pPr>
        <w:bidi/>
        <w:jc w:val="right"/>
      </w:pPr>
      <w:r>
        <w:rPr>
          <w:rFonts w:ascii="Arial" w:hAnsi="Arial" w:cs="Arial"/>
          <w:b/>
          <w:sz w:val="28"/>
          <w:rtl/>
          <w:szCs w:val="28"/>
          <w:bCs/>
        </w:rPr>
        <w:t>1. מָה אֶפְשָׁר לְהָבִין מֵהָאוֹת ש שֶׁעַל הַסְּבִיבוֹן?</w:t>
      </w:r>
    </w:p>
    <w:p>
      <w:pPr>
        <w:bidi/>
        <w:jc w:val="right"/>
      </w:pPr>
      <w:r>
        <w:rPr>
          <w:rFonts w:ascii="Arial" w:hAnsi="Arial" w:cs="Arial"/>
          <w:sz w:val="28"/>
          <w:rtl/>
          <w:szCs w:val="28"/>
        </w:rPr>
        <w:t xml:space="preserve">   ◯ א. שֶׁהַסְּבִיבוֹן יָשָׁן מְאוֹד</w:t>
      </w:r>
    </w:p>
    <w:p>
      <w:pPr>
        <w:bidi/>
        <w:jc w:val="right"/>
      </w:pPr>
      <w:r>
        <w:rPr>
          <w:rFonts w:ascii="Arial" w:hAnsi="Arial" w:cs="Arial"/>
          <w:sz w:val="28"/>
          <w:rtl/>
          <w:szCs w:val="28"/>
        </w:rPr>
        <w:t xml:space="preserve">   ◯ ב. שֶׁהַסְּבִיבוֹן הִגִּיעַ מִחוּץ לָאָרֶץ</w:t>
      </w:r>
    </w:p>
    <w:p>
      <w:pPr>
        <w:bidi/>
        <w:jc w:val="right"/>
      </w:pPr>
      <w:r>
        <w:rPr>
          <w:rFonts w:ascii="Arial" w:hAnsi="Arial" w:cs="Arial"/>
          <w:sz w:val="28"/>
          <w:rtl/>
          <w:szCs w:val="28"/>
        </w:rPr>
        <w:t xml:space="preserve">   ◯ ג. שֶׁהַסְּבִיבוֹן נִקְנָה בִּירוּשָׁלַיִם</w:t>
      </w:r>
    </w:p>
    <w:p>
      <w:pPr>
        <w:bidi/>
        <w:jc w:val="right"/>
      </w:pPr>
      <w:r>
        <w:rPr>
          <w:rFonts w:ascii="Arial" w:hAnsi="Arial" w:cs="Arial"/>
          <w:sz w:val="28"/>
          <w:rtl/>
          <w:szCs w:val="28"/>
        </w:rPr>
        <w:t xml:space="preserve">   ◯ ד. שֶׁהַסְּבִיבוֹן שַׁיָּךְ לַמּוֹרָה</w:t>
      </w:r>
    </w:p>
    <w:p>
      <w:pPr>
        <w:bidi/>
        <w:jc w:val="right"/>
      </w:pPr>
      <w:r>
        <w:rPr>
          <w:rFonts w:ascii="Arial" w:hAnsi="Arial" w:cs="Arial"/>
          <w:b/>
          <w:sz w:val="28"/>
          <w:rtl/>
          <w:szCs w:val="28"/>
          <w:bCs/>
        </w:rPr>
        <w:t>2. מָה מְגַלָּה אַבְקַת הַסֻּכָּר שֶׁעַל הַפֶּתֶק?</w:t>
      </w:r>
    </w:p>
    <w:p>
      <w:pPr>
        <w:bidi/>
        <w:jc w:val="right"/>
      </w:pPr>
      <w:r>
        <w:rPr>
          <w:rFonts w:ascii="Arial" w:hAnsi="Arial" w:cs="Arial"/>
          <w:sz w:val="28"/>
          <w:rtl/>
          <w:szCs w:val="28"/>
        </w:rPr>
        <w:t xml:space="preserve">   ◯ א. שֶׁהַפֶּתֶק נִכְתַּב בַּלַּיְלָה</w:t>
      </w:r>
    </w:p>
    <w:p>
      <w:pPr>
        <w:bidi/>
        <w:jc w:val="right"/>
      </w:pPr>
      <w:r>
        <w:rPr>
          <w:rFonts w:ascii="Arial" w:hAnsi="Arial" w:cs="Arial"/>
          <w:sz w:val="28"/>
          <w:rtl/>
          <w:szCs w:val="28"/>
        </w:rPr>
        <w:t xml:space="preserve">   ◯ ב. שֶׁהַכּוֹתֵב אוֹהֵב לְבִיבוֹת מְלוּחוֹת</w:t>
      </w:r>
    </w:p>
    <w:p>
      <w:pPr>
        <w:bidi/>
        <w:jc w:val="right"/>
      </w:pPr>
      <w:r>
        <w:rPr>
          <w:rFonts w:ascii="Arial" w:hAnsi="Arial" w:cs="Arial"/>
          <w:sz w:val="28"/>
          <w:rtl/>
          <w:szCs w:val="28"/>
        </w:rPr>
        <w:t xml:space="preserve">   ◯ ג. שֶׁמִּי שֶׁכָּתַב אוֹתוֹ אָכַל מַשֶּׁהוּ מָתוֹק</w:t>
      </w:r>
    </w:p>
    <w:p>
      <w:pPr>
        <w:bidi/>
        <w:jc w:val="right"/>
      </w:pPr>
      <w:r>
        <w:rPr>
          <w:rFonts w:ascii="Arial" w:hAnsi="Arial" w:cs="Arial"/>
          <w:sz w:val="28"/>
          <w:rtl/>
          <w:szCs w:val="28"/>
        </w:rPr>
        <w:t xml:space="preserve">   ◯ ד. שֶׁהַפֶּתֶק נִכְתַּב בַּמִּטְבָּח</w:t>
      </w:r>
    </w:p>
    <w:p>
      <w:pPr>
        <w:bidi/>
        <w:jc w:val="right"/>
      </w:pPr>
      <w:r>
        <w:rPr>
          <w:rFonts w:ascii="Arial" w:hAnsi="Arial" w:cs="Arial"/>
          <w:b/>
          <w:sz w:val="28"/>
          <w:rtl/>
          <w:szCs w:val="28"/>
          <w:bCs/>
        </w:rPr>
        <w:t>3. לָמָּה עִידוֹ לֹא יָכוֹל הָיָה לְהַשְׁאִיר אֶת הַסְּבִיבוֹן?</w:t>
      </w:r>
    </w:p>
    <w:p>
      <w:pPr>
        <w:bidi/>
        <w:jc w:val="right"/>
      </w:pPr>
      <w:r>
        <w:rPr>
          <w:rFonts w:ascii="Arial" w:hAnsi="Arial" w:cs="Arial"/>
          <w:sz w:val="28"/>
          <w:rtl/>
          <w:szCs w:val="28"/>
        </w:rPr>
        <w:t xml:space="preserve">   ◯ א. כִּי הוּא לֹא אוֹהֵב סְבִיבוֹנִים</w:t>
      </w:r>
    </w:p>
    <w:p>
      <w:pPr>
        <w:bidi/>
        <w:jc w:val="right"/>
      </w:pPr>
      <w:r>
        <w:rPr>
          <w:rFonts w:ascii="Arial" w:hAnsi="Arial" w:cs="Arial"/>
          <w:sz w:val="28"/>
          <w:rtl/>
          <w:szCs w:val="28"/>
        </w:rPr>
        <w:t xml:space="preserve">   ◯ ב. כִּי אֵין לוֹ עִפָּרוֹן</w:t>
      </w:r>
    </w:p>
    <w:p>
      <w:pPr>
        <w:bidi/>
        <w:jc w:val="right"/>
      </w:pPr>
      <w:r>
        <w:rPr>
          <w:rFonts w:ascii="Arial" w:hAnsi="Arial" w:cs="Arial"/>
          <w:sz w:val="28"/>
          <w:rtl/>
          <w:szCs w:val="28"/>
        </w:rPr>
        <w:t xml:space="preserve">   ◯ ג. כִּי הוּא גָּר רָחוֹק</w:t>
      </w:r>
    </w:p>
    <w:p>
      <w:pPr>
        <w:bidi/>
        <w:jc w:val="right"/>
      </w:pPr>
      <w:r>
        <w:rPr>
          <w:rFonts w:ascii="Arial" w:hAnsi="Arial" w:cs="Arial"/>
          <w:sz w:val="28"/>
          <w:rtl/>
          <w:szCs w:val="28"/>
        </w:rPr>
        <w:t xml:space="preserve">   ◯ ד. כִּי הוּא הִגִּיעַ אַחֲרֵי שֶׁהַמּוֹרָה כְּבָר מָצְאָה אֶת הַסְּבִיבוֹן</w:t>
      </w:r>
    </w:p>
    <w:p>
      <w:pPr>
        <w:bidi/>
        <w:jc w:val="right"/>
      </w:pPr>
      <w:r>
        <w:rPr>
          <w:rFonts w:ascii="Arial" w:hAnsi="Arial" w:cs="Arial"/>
          <w:sz w:val="28"/>
          <w:rtl/>
          <w:szCs w:val="28"/>
        </w:rPr>
        <w:t>האשם/ה הוא/היא: ______________________ . הוכחה מהטקסט:</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pStyle w:val="Heading2"/>
        <w:jc w:val="right"/>
      </w:pPr>
      <w:r>
        <w:rPr>
          <w:rFonts w:ascii="Arial" w:hAnsi="Arial" w:cs="Arial"/>
          <w:b/>
          <w:color w:val="6A3FD4"/>
          <w:sz w:val="32"/>
          <w:rtl/>
          <w:szCs w:val="32"/>
          <w:bCs/>
        </w:rPr>
        <w:t>🗝️ 🔐 צֹפֶן הָאוֹר שֶׁל כִּסְלֵו</w:t>
      </w:r>
    </w:p>
    <w:p>
      <w:pPr>
        <w:bidi/>
        <w:jc w:val="right"/>
      </w:pPr>
      <w:r>
        <w:rPr>
          <w:rFonts w:ascii="Arial" w:hAnsi="Arial" w:cs="Arial"/>
          <w:b/>
          <w:color w:val="6A3FD4"/>
          <w:sz w:val="26"/>
          <w:rtl/>
          <w:szCs w:val="26"/>
          <w:bCs/>
        </w:rPr>
        <w:t>▌ הקטע</w:t>
      </w:r>
    </w:p>
    <w:p>
      <w:pPr>
        <w:bidi/>
        <w:jc w:val="right"/>
      </w:pPr>
      <w:r>
        <w:rPr>
          <w:rFonts w:ascii="Arial" w:hAnsi="Arial" w:cs="Arial"/>
          <w:sz w:val="28"/>
          <w:rtl/>
          <w:szCs w:val="28"/>
        </w:rPr>
        <w:t>חֹדֶשׁ כִּסְלֵו הוּא חֹדֶשׁ שֶׁל אוֹר וַחֲלוֹמוֹת. הַיָּמִים קְצָרִים וְהַלֵּילוֹת אֲרֻכִּים, וְדַוְקָא אָז מַדְלִיקִים נֵרוֹת. בְּכ״ה בְּכִסְלֵו מַתְחִיל חַג הַחֲנֻכָּה, וְהוּא נִמְשָׁךְ שְׁמוֹנָה יָמִים. לְפִי הַמָּסֹרֶת, הַמַּכַּבִּים חָזְרוּ לְבֵית הַמִּקְדָּשׁ וּמָצְאוּ פַּךְ קָטָן שֶׁל שֶׁמֶן. הַשֶּׁמֶן הִסְפִּיק לְיוֹם אֶחָד בִּלְבַד, אֲבָל הַמְּנוֹרָה דָּלְקָה שְׁמוֹנָה יָמִים. לָכֵן בְּכָל עֶרֶב מוֹסִיפִים עוֹד נֵר. אֶת הַנֵּרוֹת מַדְלִיקִים בְּעֶזְרַת נֵר מְיֻחָד – הַשַּׁמָּשׁ. בְּבָתִּים רַבִּים אוֹכְלִים לְבִיבוֹת וְסֻפְגָּנִיּוֹת, וּמְסוֹבְבִים סְבִיבוֹן.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w:t>
            </w:r>
          </w:p>
        </w:tc>
        <w:tc>
          <w:tcPr>
            <w:tcW w:type="dxa" w:w="2606"/>
            <w:shd w:val="clear" w:fill="E5DBFF"/>
          </w:tcPr>
          <w:p>
            <w:pPr>
              <w:bidi/>
              <w:jc w:val="right"/>
            </w:pPr>
            <w:r>
              <w:rPr>
                <w:rFonts w:ascii="Arial" w:hAnsi="Arial" w:cs="Arial"/>
                <w:b/>
                <w:sz w:val="26"/>
                <w:rtl/>
                <w:szCs w:val="26"/>
                <w:bCs/>
              </w:rPr>
              <w:t>הצופן</w:t>
            </w:r>
          </w:p>
        </w:tc>
        <w:tc>
          <w:tcPr>
            <w:tcW w:type="dxa" w:w="2606"/>
            <w:shd w:val="clear" w:fill="E5DBFF"/>
          </w:tcPr>
          <w:p>
            <w:pPr>
              <w:bidi/>
              <w:jc w:val="right"/>
            </w:pPr>
            <w:r>
              <w:rPr>
                <w:rFonts w:ascii="Arial" w:hAnsi="Arial" w:cs="Arial"/>
                <w:b/>
                <w:sz w:val="26"/>
                <w:rtl/>
                <w:szCs w:val="26"/>
                <w:bCs/>
              </w:rPr>
              <w:t>רמז</w:t>
            </w:r>
          </w:p>
        </w:tc>
        <w:tc>
          <w:tcPr>
            <w:tcW w:type="dxa" w:w="2606"/>
            <w:shd w:val="clear" w:fill="E5DBFF"/>
          </w:tcPr>
          <w:p>
            <w:pPr>
              <w:bidi/>
              <w:jc w:val="right"/>
            </w:pPr>
            <w:r>
              <w:rPr>
                <w:rFonts w:ascii="Arial" w:hAnsi="Arial" w:cs="Arial"/>
                <w:b/>
                <w:sz w:val="26"/>
                <w:rtl/>
                <w:szCs w:val="26"/>
                <w:bCs/>
              </w:rPr>
              <w:t>המילה</w:t>
            </w:r>
          </w:p>
        </w:tc>
      </w:tr>
      <w:tr>
        <w:tc>
          <w:tcPr>
            <w:tcW w:type="dxa" w:w="2606"/>
          </w:tcPr>
          <w:p>
            <w:pPr>
              <w:bidi/>
              <w:jc w:val="right"/>
            </w:pPr>
            <w:r>
              <w:rPr>
                <w:rFonts w:ascii="Arial" w:hAnsi="Arial" w:cs="Arial"/>
                <w:sz w:val="26"/>
                <w:rtl/>
                <w:szCs w:val="26"/>
              </w:rPr>
              <w:t>1</w:t>
            </w:r>
          </w:p>
        </w:tc>
        <w:tc>
          <w:tcPr>
            <w:tcW w:type="dxa" w:w="2606"/>
          </w:tcPr>
          <w:p>
            <w:pPr>
              <w:bidi/>
              <w:jc w:val="right"/>
            </w:pPr>
            <w:r>
              <w:rPr>
                <w:rFonts w:ascii="Arial" w:hAnsi="Arial" w:cs="Arial"/>
                <w:sz w:val="26"/>
                <w:rtl/>
                <w:szCs w:val="26"/>
              </w:rPr>
              <w:t>🔢 ‏11‏ ‏- 15‏ ‏- 12‏ ‏- 6‏</w:t>
            </w:r>
          </w:p>
        </w:tc>
        <w:tc>
          <w:tcPr>
            <w:tcW w:type="dxa" w:w="2606"/>
          </w:tcPr>
          <w:p>
            <w:pPr>
              <w:bidi/>
              <w:jc w:val="right"/>
            </w:pPr>
            <w:r>
              <w:rPr>
                <w:rFonts w:ascii="Arial" w:hAnsi="Arial" w:cs="Arial"/>
                <w:sz w:val="26"/>
                <w:rtl/>
                <w:szCs w:val="26"/>
              </w:rPr>
              <w:t>הַחֹדֶשׁ הָעִבְרִי שֶׁבּוֹ מַתְחִיל חַג הַחֲנֻכָּה.</w:t>
            </w:r>
          </w:p>
        </w:tc>
        <w:tc>
          <w:tcPr>
            <w:tcW w:type="dxa" w:w="2606"/>
          </w:tcPr>
          <w:p>
            <w:pPr>
              <w:bidi/>
              <w:jc w:val="right"/>
            </w:pPr>
            <w:r>
              <w:rPr>
                <w:rFonts w:ascii="Arial" w:hAnsi="Arial" w:cs="Arial"/>
                <w:sz w:val="26"/>
                <w:rtl/>
                <w:szCs w:val="26"/>
              </w:rPr>
              <w:t>________</w:t>
            </w:r>
          </w:p>
        </w:tc>
      </w:tr>
      <w:tr>
        <w:tc>
          <w:tcPr>
            <w:tcW w:type="dxa" w:w="2606"/>
          </w:tcPr>
          <w:p>
            <w:pPr>
              <w:bidi/>
              <w:jc w:val="right"/>
            </w:pPr>
            <w:r>
              <w:rPr>
                <w:rFonts w:ascii="Arial" w:hAnsi="Arial" w:cs="Arial"/>
                <w:sz w:val="26"/>
                <w:rtl/>
                <w:szCs w:val="26"/>
              </w:rPr>
              <w:t>2</w:t>
            </w:r>
          </w:p>
        </w:tc>
        <w:tc>
          <w:tcPr>
            <w:tcW w:type="dxa" w:w="2606"/>
          </w:tcPr>
          <w:p>
            <w:pPr>
              <w:bidi/>
              <w:jc w:val="right"/>
            </w:pPr>
            <w:r>
              <w:rPr>
                <w:rFonts w:ascii="Arial" w:hAnsi="Arial" w:cs="Arial"/>
                <w:sz w:val="26"/>
                <w:rtl/>
                <w:szCs w:val="26"/>
              </w:rPr>
              <w:t>🔀 נ מ ש</w:t>
            </w:r>
          </w:p>
        </w:tc>
        <w:tc>
          <w:tcPr>
            <w:tcW w:type="dxa" w:w="2606"/>
          </w:tcPr>
          <w:p>
            <w:pPr>
              <w:bidi/>
              <w:jc w:val="right"/>
            </w:pPr>
            <w:r>
              <w:rPr>
                <w:rFonts w:ascii="Arial" w:hAnsi="Arial" w:cs="Arial"/>
                <w:sz w:val="26"/>
                <w:rtl/>
                <w:szCs w:val="26"/>
              </w:rPr>
              <w:t>נוֹזֵל שֶׁהִסְפִּיק לְיוֹם אֶחָד וְהֵאִיר שְׁמוֹנָה.</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3</w:t>
            </w:r>
          </w:p>
        </w:tc>
        <w:tc>
          <w:tcPr>
            <w:tcW w:type="dxa" w:w="2606"/>
          </w:tcPr>
          <w:p>
            <w:pPr>
              <w:bidi/>
              <w:jc w:val="right"/>
            </w:pPr>
            <w:r>
              <w:rPr>
                <w:rFonts w:ascii="Arial" w:hAnsi="Arial" w:cs="Arial"/>
                <w:sz w:val="26"/>
                <w:rtl/>
                <w:szCs w:val="26"/>
              </w:rPr>
              <w:t>🔀 מ מ כ ב י</w:t>
            </w:r>
          </w:p>
        </w:tc>
        <w:tc>
          <w:tcPr>
            <w:tcW w:type="dxa" w:w="2606"/>
          </w:tcPr>
          <w:p>
            <w:pPr>
              <w:bidi/>
              <w:jc w:val="right"/>
            </w:pPr>
            <w:r>
              <w:rPr>
                <w:rFonts w:ascii="Arial" w:hAnsi="Arial" w:cs="Arial"/>
                <w:sz w:val="26"/>
                <w:rtl/>
                <w:szCs w:val="26"/>
              </w:rPr>
              <w:t>הַקְּבוּצָה שֶׁחָזְרָה לְבֵית הַמִּקְדָּשׁ, לְפִי הַסִּפּוּר.</w:t>
            </w:r>
          </w:p>
        </w:tc>
        <w:tc>
          <w:tcPr>
            <w:tcW w:type="dxa" w:w="2606"/>
          </w:tcPr>
          <w:p>
            <w:pPr>
              <w:bidi/>
              <w:jc w:val="right"/>
            </w:pPr>
            <w:r>
              <w:rPr>
                <w:rFonts w:ascii="Arial" w:hAnsi="Arial" w:cs="Arial"/>
                <w:sz w:val="26"/>
                <w:rtl/>
                <w:szCs w:val="26"/>
              </w:rPr>
              <w:t>__________</w:t>
            </w:r>
          </w:p>
        </w:tc>
      </w:tr>
      <w:tr>
        <w:tc>
          <w:tcPr>
            <w:tcW w:type="dxa" w:w="2606"/>
          </w:tcPr>
          <w:p>
            <w:pPr>
              <w:bidi/>
              <w:jc w:val="right"/>
            </w:pPr>
            <w:r>
              <w:rPr>
                <w:rFonts w:ascii="Arial" w:hAnsi="Arial" w:cs="Arial"/>
                <w:sz w:val="26"/>
                <w:rtl/>
                <w:szCs w:val="26"/>
              </w:rPr>
              <w:t>4</w:t>
            </w:r>
          </w:p>
        </w:tc>
        <w:tc>
          <w:tcPr>
            <w:tcW w:type="dxa" w:w="2606"/>
          </w:tcPr>
          <w:p>
            <w:pPr>
              <w:bidi/>
              <w:jc w:val="right"/>
            </w:pPr>
            <w:r>
              <w:rPr>
                <w:rFonts w:ascii="Arial" w:hAnsi="Arial" w:cs="Arial"/>
                <w:sz w:val="26"/>
                <w:rtl/>
                <w:szCs w:val="26"/>
              </w:rPr>
              <w:t>🔢 ‏21‏ ‏- 13‏ ‏- 21‏</w:t>
            </w:r>
          </w:p>
        </w:tc>
        <w:tc>
          <w:tcPr>
            <w:tcW w:type="dxa" w:w="2606"/>
          </w:tcPr>
          <w:p>
            <w:pPr>
              <w:bidi/>
              <w:jc w:val="right"/>
            </w:pPr>
            <w:r>
              <w:rPr>
                <w:rFonts w:ascii="Arial" w:hAnsi="Arial" w:cs="Arial"/>
                <w:sz w:val="26"/>
                <w:rtl/>
                <w:szCs w:val="26"/>
              </w:rPr>
              <w:t>הַנֵּר הַמְּיֻחָד שֶׁמַּדְלִיק אֶת כָּל הַנֵּרוֹת.</w:t>
            </w:r>
          </w:p>
        </w:tc>
        <w:tc>
          <w:tcPr>
            <w:tcW w:type="dxa" w:w="2606"/>
          </w:tcPr>
          <w:p>
            <w:pPr>
              <w:bidi/>
              <w:jc w:val="right"/>
            </w:pPr>
            <w:r>
              <w:rPr>
                <w:rFonts w:ascii="Arial" w:hAnsi="Arial" w:cs="Arial"/>
                <w:sz w:val="26"/>
                <w:rtl/>
                <w:szCs w:val="26"/>
              </w:rPr>
              <w:t>______</w:t>
            </w:r>
          </w:p>
        </w:tc>
      </w:tr>
      <w:tr>
        <w:tc>
          <w:tcPr>
            <w:tcW w:type="dxa" w:w="2606"/>
          </w:tcPr>
          <w:p>
            <w:pPr>
              <w:bidi/>
              <w:jc w:val="right"/>
            </w:pPr>
            <w:r>
              <w:rPr>
                <w:rFonts w:ascii="Arial" w:hAnsi="Arial" w:cs="Arial"/>
                <w:sz w:val="26"/>
                <w:rtl/>
                <w:szCs w:val="26"/>
              </w:rPr>
              <w:t>5</w:t>
            </w:r>
          </w:p>
        </w:tc>
        <w:tc>
          <w:tcPr>
            <w:tcW w:type="dxa" w:w="2606"/>
          </w:tcPr>
          <w:p>
            <w:pPr>
              <w:bidi/>
              <w:jc w:val="right"/>
            </w:pPr>
            <w:r>
              <w:rPr>
                <w:rFonts w:ascii="Arial" w:hAnsi="Arial" w:cs="Arial"/>
                <w:sz w:val="26"/>
                <w:rtl/>
                <w:szCs w:val="26"/>
              </w:rPr>
              <w:t>🔀 י ס ב נ ו ב</w:t>
            </w:r>
          </w:p>
        </w:tc>
        <w:tc>
          <w:tcPr>
            <w:tcW w:type="dxa" w:w="2606"/>
          </w:tcPr>
          <w:p>
            <w:pPr>
              <w:bidi/>
              <w:jc w:val="right"/>
            </w:pPr>
            <w:r>
              <w:rPr>
                <w:rFonts w:ascii="Arial" w:hAnsi="Arial" w:cs="Arial"/>
                <w:sz w:val="26"/>
                <w:rtl/>
                <w:szCs w:val="26"/>
              </w:rPr>
              <w:t>צַעֲצוּעַ שֶׁמִּסְתּוֹבֵב וְעָלָיו אַרְבַּע אוֹתִיּוֹת.</w:t>
            </w:r>
          </w:p>
        </w:tc>
        <w:tc>
          <w:tcPr>
            <w:tcW w:type="dxa" w:w="2606"/>
          </w:tcPr>
          <w:p>
            <w:pPr>
              <w:bidi/>
              <w:jc w:val="right"/>
            </w:pPr>
            <w:r>
              <w:rPr>
                <w:rFonts w:ascii="Arial" w:hAnsi="Arial" w:cs="Arial"/>
                <w:sz w:val="26"/>
                <w:rtl/>
                <w:szCs w:val="26"/>
              </w:rPr>
              <w:t>____________</w:t>
            </w:r>
          </w:p>
        </w:tc>
      </w:tr>
    </w:tbl>
    <w:p>
      <w:pPr>
        <w:bidi/>
        <w:jc w:val="right"/>
      </w:pPr>
    </w:p>
    <w:p>
      <w:pPr>
        <w:bidi/>
        <w:jc w:val="right"/>
      </w:pPr>
      <w:r>
        <w:rPr>
          <w:rFonts w:ascii="Arial" w:hAnsi="Arial" w:cs="Arial"/>
          <w:sz w:val="28"/>
          <w:rtl/>
          <w:szCs w:val="28"/>
        </w:rPr>
        <w:t>🔣 מפתח: א=1 ב=2 ג=3 ד=4 ה=5 ו=6 ז=7 ח=8 ט=9 י=10 כ=11 ל=12 מ=13 נ=14 ס=15 ע=16 פ=17 צ=18 ק=19 ר=20 ש=21 ת=22</w:t>
      </w:r>
    </w:p>
    <w:p>
      <w:pPr>
        <w:bidi/>
        <w:jc w:val="right"/>
      </w:pPr>
      <w:r>
        <w:rPr>
          <w:rFonts w:ascii="Arial" w:hAnsi="Arial" w:cs="Arial"/>
          <w:sz w:val="28"/>
          <w:rtl/>
          <w:szCs w:val="28"/>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בְּעִקְבוֹת הָאוֹר</w:t>
      </w:r>
    </w:p>
    <w:p>
      <w:pPr>
        <w:bidi/>
        <w:jc w:val="right"/>
      </w:pPr>
      <w:r>
        <w:rPr>
          <w:rFonts w:ascii="Arial" w:hAnsi="Arial" w:cs="Arial"/>
          <w:color w:val="555577"/>
          <w:sz w:val="28"/>
          <w:rtl/>
          <w:szCs w:val="28"/>
        </w:rPr>
        <w:t>יוֹצְאִים לְמַסָּע בִּשְׁמוֹנֶה תַּחֲנוֹת שֶׁל חֲנֻכָּה? לֹא – בְּחָמֵשׁ! בְּכָל תַּחֲנָה פִּתְרוּ מְשִׂימָה וְקַבְּלוּ אוֹת קֶסֶם. כָּל הָאוֹתִיּוֹת יַחַד יִיצְרוּ אֶת מִלַּת הַסּוֹד. בכל תחנה – פתרו את המשימה וכתבו את אות הקסם שתקבלו מהמורה.</w:t>
      </w:r>
    </w:p>
    <w:p>
      <w:pPr>
        <w:bidi/>
        <w:jc w:val="right"/>
      </w:pPr>
      <w:r>
        <w:rPr>
          <w:rFonts w:ascii="Arial" w:hAnsi="Arial" w:cs="Arial"/>
          <w:b/>
          <w:sz w:val="28"/>
          <w:rtl/>
          <w:szCs w:val="28"/>
          <w:bCs/>
        </w:rPr>
        <w:t>1. 🕎 חַלּוֹן הַחֲנֻכִּיָּה – כַּמָּה נֵרוֹת דּוֹלְקִים בַּלַּיְלָה הַשְּׁמִינִי, יַחַד עִם הַשַּׁמָּשׁ?</w:t>
      </w:r>
    </w:p>
    <w:p>
      <w:pPr>
        <w:bidi/>
        <w:jc w:val="right"/>
      </w:pPr>
      <w:r>
        <w:rPr>
          <w:rFonts w:ascii="Arial" w:hAnsi="Arial" w:cs="Arial"/>
          <w:sz w:val="28"/>
          <w:rtl/>
          <w:szCs w:val="28"/>
        </w:rPr>
        <w:t xml:space="preserve">   ◯ א. שְׁמוֹנָה</w:t>
      </w:r>
    </w:p>
    <w:p>
      <w:pPr>
        <w:bidi/>
        <w:jc w:val="right"/>
      </w:pPr>
      <w:r>
        <w:rPr>
          <w:rFonts w:ascii="Arial" w:hAnsi="Arial" w:cs="Arial"/>
          <w:sz w:val="28"/>
          <w:rtl/>
          <w:szCs w:val="28"/>
        </w:rPr>
        <w:t xml:space="preserve">   ◯ ב. תִּשְׁעָה</w:t>
      </w:r>
    </w:p>
    <w:p>
      <w:pPr>
        <w:bidi/>
        <w:jc w:val="right"/>
      </w:pPr>
      <w:r>
        <w:rPr>
          <w:rFonts w:ascii="Arial" w:hAnsi="Arial" w:cs="Arial"/>
          <w:sz w:val="28"/>
          <w:rtl/>
          <w:szCs w:val="28"/>
        </w:rPr>
        <w:t xml:space="preserve">   ◯ ג. שִׁבְעָה</w:t>
      </w:r>
    </w:p>
    <w:p>
      <w:pPr>
        <w:bidi/>
        <w:jc w:val="right"/>
      </w:pPr>
      <w:r>
        <w:rPr>
          <w:rFonts w:ascii="Arial" w:hAnsi="Arial" w:cs="Arial"/>
          <w:sz w:val="28"/>
          <w:rtl/>
          <w:szCs w:val="28"/>
        </w:rPr>
        <w:t xml:space="preserve">   ◯ ד. עֲשָׂרָה</w:t>
      </w:r>
    </w:p>
    <w:p>
      <w:pPr>
        <w:bidi/>
        <w:jc w:val="right"/>
      </w:pPr>
      <w:r>
        <w:rPr>
          <w:rFonts w:ascii="Arial" w:hAnsi="Arial" w:cs="Arial"/>
          <w:sz w:val="28"/>
          <w:rtl/>
          <w:szCs w:val="28"/>
        </w:rPr>
        <w:t>2. 🍩 הַמִּטְבָּח הֶחָגִיגִי – הַתְאִימוּ כָּל מַאֲכָל לַתֵּאוּר שֶׁלּוֹ.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סֻפְגָּנִיָּה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עֲשׂוּיָה מִתַּפּוּחֵי אֲדָמָה מְגֻרָּרִים</w:t>
            </w:r>
          </w:p>
        </w:tc>
      </w:tr>
      <w:tr>
        <w:tc>
          <w:tcPr>
            <w:tcW w:type="dxa" w:w="2606"/>
          </w:tcPr>
          <w:p>
            <w:pPr>
              <w:bidi/>
              <w:jc w:val="right"/>
            </w:pPr>
            <w:r>
              <w:rPr>
                <w:rFonts w:ascii="Arial" w:hAnsi="Arial" w:cs="Arial"/>
                <w:sz w:val="26"/>
                <w:rtl/>
                <w:szCs w:val="26"/>
              </w:rPr>
              <w:t>לְבִיבָה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בָּצֵק מְטֻגָּן בְּצוּרַת טַבַּעַת</w:t>
            </w:r>
          </w:p>
        </w:tc>
      </w:tr>
      <w:tr>
        <w:tc>
          <w:tcPr>
            <w:tcW w:type="dxa" w:w="2606"/>
          </w:tcPr>
          <w:p>
            <w:pPr>
              <w:bidi/>
              <w:jc w:val="right"/>
            </w:pPr>
            <w:r>
              <w:rPr>
                <w:rFonts w:ascii="Arial" w:hAnsi="Arial" w:cs="Arial"/>
                <w:sz w:val="26"/>
                <w:rtl/>
                <w:szCs w:val="26"/>
              </w:rPr>
              <w:t>סְפִינְג׳</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בָּצֵק מְטֻגָּן עִם רִבָּה בִּפְנִים</w:t>
            </w:r>
          </w:p>
        </w:tc>
      </w:tr>
    </w:tbl>
    <w:p>
      <w:pPr>
        <w:bidi/>
        <w:jc w:val="right"/>
      </w:pPr>
    </w:p>
    <w:p>
      <w:pPr>
        <w:bidi/>
        <w:jc w:val="right"/>
      </w:pPr>
      <w:r>
        <w:rPr>
          <w:rFonts w:ascii="Arial" w:hAnsi="Arial" w:cs="Arial"/>
          <w:sz w:val="28"/>
          <w:rtl/>
          <w:szCs w:val="28"/>
        </w:rPr>
        <w:t>3. 🎲 שֻׁלְחַן הַסְּבִיבוֹן – הַתְאִימוּ כָּל אוֹת בַּסְּבִיבוֹן לַמִּלָּה שֶׁלָּהּ.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6"/>
                <w:rtl/>
                <w:szCs w:val="26"/>
                <w:bCs/>
              </w:rPr>
              <w:t>היגד</w:t>
            </w:r>
          </w:p>
        </w:tc>
        <w:tc>
          <w:tcPr>
            <w:tcW w:type="dxa" w:w="2606"/>
            <w:shd w:val="clear" w:fill="E5DBFF"/>
          </w:tcPr>
          <w:p>
            <w:pPr>
              <w:bidi/>
              <w:jc w:val="right"/>
            </w:pPr>
            <w:r>
              <w:rPr>
                <w:rFonts w:ascii="Arial" w:hAnsi="Arial" w:cs="Arial"/>
                <w:b/>
                <w:sz w:val="26"/>
                <w:rtl/>
                <w:szCs w:val="26"/>
                <w:bCs/>
              </w:rPr>
              <w:t>אות</w:t>
            </w:r>
          </w:p>
        </w:tc>
        <w:tc>
          <w:tcPr>
            <w:tcW w:type="dxa" w:w="2606"/>
            <w:shd w:val="clear" w:fill="E5DBFF"/>
          </w:tcPr>
          <w:p>
            <w:pPr>
              <w:bidi/>
              <w:jc w:val="right"/>
            </w:pPr>
            <w:r>
              <w:rPr>
                <w:rFonts w:ascii="Arial" w:hAnsi="Arial" w:cs="Arial"/>
                <w:b/>
                <w:sz w:val="26"/>
                <w:rtl/>
                <w:szCs w:val="26"/>
                <w:bCs/>
              </w:rPr>
            </w:r>
          </w:p>
        </w:tc>
        <w:tc>
          <w:tcPr>
            <w:tcW w:type="dxa" w:w="2606"/>
            <w:shd w:val="clear" w:fill="E5DBFF"/>
          </w:tcPr>
          <w:p>
            <w:pPr>
              <w:bidi/>
              <w:jc w:val="right"/>
            </w:pPr>
            <w:r>
              <w:rPr>
                <w:rFonts w:ascii="Arial" w:hAnsi="Arial" w:cs="Arial"/>
                <w:b/>
                <w:sz w:val="26"/>
                <w:rtl/>
                <w:szCs w:val="26"/>
                <w:bCs/>
              </w:rPr>
              <w:t>הקשר</w:t>
            </w:r>
          </w:p>
        </w:tc>
      </w:tr>
      <w:tr>
        <w:tc>
          <w:tcPr>
            <w:tcW w:type="dxa" w:w="2606"/>
          </w:tcPr>
          <w:p>
            <w:pPr>
              <w:bidi/>
              <w:jc w:val="right"/>
            </w:pPr>
            <w:r>
              <w:rPr>
                <w:rFonts w:ascii="Arial" w:hAnsi="Arial" w:cs="Arial"/>
                <w:sz w:val="26"/>
                <w:rtl/>
                <w:szCs w:val="26"/>
              </w:rPr>
              <w:t>נ</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א.</w:t>
            </w:r>
          </w:p>
        </w:tc>
        <w:tc>
          <w:tcPr>
            <w:tcW w:type="dxa" w:w="2606"/>
          </w:tcPr>
          <w:p>
            <w:pPr>
              <w:bidi/>
              <w:jc w:val="right"/>
            </w:pPr>
            <w:r>
              <w:rPr>
                <w:rFonts w:ascii="Arial" w:hAnsi="Arial" w:cs="Arial"/>
                <w:sz w:val="26"/>
                <w:rtl/>
                <w:szCs w:val="26"/>
              </w:rPr>
              <w:t>גָּדוֹל</w:t>
            </w:r>
          </w:p>
        </w:tc>
      </w:tr>
      <w:tr>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ב.</w:t>
            </w:r>
          </w:p>
        </w:tc>
        <w:tc>
          <w:tcPr>
            <w:tcW w:type="dxa" w:w="2606"/>
          </w:tcPr>
          <w:p>
            <w:pPr>
              <w:bidi/>
              <w:jc w:val="right"/>
            </w:pPr>
            <w:r>
              <w:rPr>
                <w:rFonts w:ascii="Arial" w:hAnsi="Arial" w:cs="Arial"/>
                <w:sz w:val="26"/>
                <w:rtl/>
                <w:szCs w:val="26"/>
              </w:rPr>
              <w:t>הָיָה</w:t>
            </w:r>
          </w:p>
        </w:tc>
      </w:tr>
      <w:tr>
        <w:tc>
          <w:tcPr>
            <w:tcW w:type="dxa" w:w="2606"/>
          </w:tcPr>
          <w:p>
            <w:pPr>
              <w:bidi/>
              <w:jc w:val="right"/>
            </w:pPr>
            <w:r>
              <w:rPr>
                <w:rFonts w:ascii="Arial" w:hAnsi="Arial" w:cs="Arial"/>
                <w:sz w:val="26"/>
                <w:rtl/>
                <w:szCs w:val="26"/>
              </w:rPr>
              <w:t>ה</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ג.</w:t>
            </w:r>
          </w:p>
        </w:tc>
        <w:tc>
          <w:tcPr>
            <w:tcW w:type="dxa" w:w="2606"/>
          </w:tcPr>
          <w:p>
            <w:pPr>
              <w:bidi/>
              <w:jc w:val="right"/>
            </w:pPr>
            <w:r>
              <w:rPr>
                <w:rFonts w:ascii="Arial" w:hAnsi="Arial" w:cs="Arial"/>
                <w:sz w:val="26"/>
                <w:rtl/>
                <w:szCs w:val="26"/>
              </w:rPr>
              <w:t>פֹּה</w:t>
            </w:r>
          </w:p>
        </w:tc>
      </w:tr>
      <w:tr>
        <w:tc>
          <w:tcPr>
            <w:tcW w:type="dxa" w:w="2606"/>
          </w:tcPr>
          <w:p>
            <w:pPr>
              <w:bidi/>
              <w:jc w:val="right"/>
            </w:pPr>
            <w:r>
              <w:rPr>
                <w:rFonts w:ascii="Arial" w:hAnsi="Arial" w:cs="Arial"/>
                <w:sz w:val="26"/>
                <w:rtl/>
                <w:szCs w:val="26"/>
              </w:rPr>
              <w:t>פ</w:t>
            </w:r>
          </w:p>
        </w:tc>
        <w:tc>
          <w:tcPr>
            <w:tcW w:type="dxa" w:w="2606"/>
          </w:tcPr>
          <w:p>
            <w:pPr>
              <w:bidi/>
              <w:jc w:val="right"/>
            </w:pPr>
            <w:r>
              <w:rPr>
                <w:rFonts w:ascii="Arial" w:hAnsi="Arial" w:cs="Arial"/>
                <w:sz w:val="26"/>
                <w:rtl/>
                <w:szCs w:val="26"/>
              </w:rPr>
              <w:t>____</w:t>
            </w:r>
          </w:p>
        </w:tc>
        <w:tc>
          <w:tcPr>
            <w:tcW w:type="dxa" w:w="2606"/>
          </w:tcPr>
          <w:p>
            <w:pPr>
              <w:bidi/>
              <w:jc w:val="right"/>
            </w:pPr>
            <w:r>
              <w:rPr>
                <w:rFonts w:ascii="Arial" w:hAnsi="Arial" w:cs="Arial"/>
                <w:sz w:val="26"/>
                <w:rtl/>
                <w:szCs w:val="26"/>
              </w:rPr>
              <w:t>ד.</w:t>
            </w:r>
          </w:p>
        </w:tc>
        <w:tc>
          <w:tcPr>
            <w:tcW w:type="dxa" w:w="2606"/>
          </w:tcPr>
          <w:p>
            <w:pPr>
              <w:bidi/>
              <w:jc w:val="right"/>
            </w:pPr>
            <w:r>
              <w:rPr>
                <w:rFonts w:ascii="Arial" w:hAnsi="Arial" w:cs="Arial"/>
                <w:sz w:val="26"/>
                <w:rtl/>
                <w:szCs w:val="26"/>
              </w:rPr>
              <w:t>נֵס</w:t>
            </w:r>
          </w:p>
        </w:tc>
      </w:tr>
    </w:tbl>
    <w:p>
      <w:pPr>
        <w:bidi/>
        <w:jc w:val="right"/>
      </w:pPr>
    </w:p>
    <w:p>
      <w:pPr>
        <w:bidi/>
        <w:jc w:val="right"/>
      </w:pPr>
      <w:r>
        <w:rPr>
          <w:rFonts w:ascii="Arial" w:hAnsi="Arial" w:cs="Arial"/>
          <w:b/>
          <w:sz w:val="28"/>
          <w:rtl/>
          <w:szCs w:val="28"/>
          <w:bCs/>
        </w:rPr>
        <w:t>4. 📚 סִפְרִיַּת הַכִּתָּה – לְפִי הַמָּסֹרֶת, עַל מִי קוֹרְאִים בַּתּוֹרָה בְּשַׁבְּתוֹת כִּסְלֵו – עַל הַנַּעַר שֶׁחָלַם חֲלוֹמוֹת?</w:t>
      </w:r>
    </w:p>
    <w:p>
      <w:pPr>
        <w:bidi/>
        <w:jc w:val="right"/>
      </w:pPr>
      <w:r>
        <w:rPr>
          <w:rFonts w:ascii="Arial" w:hAnsi="Arial" w:cs="Arial"/>
          <w:sz w:val="28"/>
          <w:rtl/>
          <w:szCs w:val="28"/>
        </w:rPr>
        <w:t xml:space="preserve">   ◯ א. מֹשֶׁה</w:t>
      </w:r>
    </w:p>
    <w:p>
      <w:pPr>
        <w:bidi/>
        <w:jc w:val="right"/>
      </w:pPr>
      <w:r>
        <w:rPr>
          <w:rFonts w:ascii="Arial" w:hAnsi="Arial" w:cs="Arial"/>
          <w:sz w:val="28"/>
          <w:rtl/>
          <w:szCs w:val="28"/>
        </w:rPr>
        <w:t xml:space="preserve">   ◯ ב. דָּוִד</w:t>
      </w:r>
    </w:p>
    <w:p>
      <w:pPr>
        <w:bidi/>
        <w:jc w:val="right"/>
      </w:pPr>
      <w:r>
        <w:rPr>
          <w:rFonts w:ascii="Arial" w:hAnsi="Arial" w:cs="Arial"/>
          <w:sz w:val="28"/>
          <w:rtl/>
          <w:szCs w:val="28"/>
        </w:rPr>
        <w:t xml:space="preserve">   ◯ ג. נֹחַ</w:t>
      </w:r>
    </w:p>
    <w:p>
      <w:pPr>
        <w:bidi/>
        <w:jc w:val="right"/>
      </w:pPr>
      <w:r>
        <w:rPr>
          <w:rFonts w:ascii="Arial" w:hAnsi="Arial" w:cs="Arial"/>
          <w:sz w:val="28"/>
          <w:rtl/>
          <w:szCs w:val="28"/>
        </w:rPr>
        <w:t xml:space="preserve">   ◯ ד. יוֹסֵף</w:t>
      </w:r>
    </w:p>
    <w:p>
      <w:pPr>
        <w:bidi/>
        <w:jc w:val="right"/>
      </w:pPr>
      <w:r>
        <w:rPr>
          <w:rFonts w:ascii="Arial" w:hAnsi="Arial" w:cs="Arial"/>
          <w:b/>
          <w:sz w:val="28"/>
          <w:rtl/>
          <w:szCs w:val="28"/>
          <w:bCs/>
        </w:rPr>
        <w:t>5. 👧 מְסִבַּת חַג הַבָּנוֹת – מָתַי חוֹגְגִים בִּקְהִלּוֹת צְפוֹן אַפְרִיקָה אֶת "חַג הַבָּנוֹת"?</w:t>
      </w:r>
    </w:p>
    <w:p>
      <w:pPr>
        <w:bidi/>
        <w:jc w:val="right"/>
      </w:pPr>
      <w:r>
        <w:rPr>
          <w:rFonts w:ascii="Arial" w:hAnsi="Arial" w:cs="Arial"/>
          <w:sz w:val="28"/>
          <w:rtl/>
          <w:szCs w:val="28"/>
        </w:rPr>
        <w:t xml:space="preserve">   ◯ א. בְּפוּרִים</w:t>
      </w:r>
    </w:p>
    <w:p>
      <w:pPr>
        <w:bidi/>
        <w:jc w:val="right"/>
      </w:pPr>
      <w:r>
        <w:rPr>
          <w:rFonts w:ascii="Arial" w:hAnsi="Arial" w:cs="Arial"/>
          <w:sz w:val="28"/>
          <w:rtl/>
          <w:szCs w:val="28"/>
        </w:rPr>
        <w:t xml:space="preserve">   ◯ ב. בְּסֻכּוֹת</w:t>
      </w:r>
    </w:p>
    <w:p>
      <w:pPr>
        <w:bidi/>
        <w:jc w:val="right"/>
      </w:pPr>
      <w:r>
        <w:rPr>
          <w:rFonts w:ascii="Arial" w:hAnsi="Arial" w:cs="Arial"/>
          <w:sz w:val="28"/>
          <w:rtl/>
          <w:szCs w:val="28"/>
        </w:rPr>
        <w:t xml:space="preserve">   ◯ ג. בְּרֹאשׁ חֹדֶשׁ טֵבֵת, בְּתוֹךְ חֲנֻכָּה</w:t>
      </w:r>
    </w:p>
    <w:p>
      <w:pPr>
        <w:bidi/>
        <w:jc w:val="right"/>
      </w:pPr>
      <w:r>
        <w:rPr>
          <w:rFonts w:ascii="Arial" w:hAnsi="Arial" w:cs="Arial"/>
          <w:sz w:val="28"/>
          <w:rtl/>
          <w:szCs w:val="28"/>
        </w:rPr>
        <w:t xml:space="preserve">   ◯ ד. בְּרֹאשׁ הַשָּׁנָה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6"/>
                <w:rtl/>
                <w:szCs w:val="26"/>
                <w:bCs/>
              </w:rPr>
              <w:t>תחנה</w:t>
            </w:r>
          </w:p>
        </w:tc>
        <w:tc>
          <w:tcPr>
            <w:tcW w:type="dxa" w:w="1738"/>
            <w:shd w:val="clear" w:fill="E5DBFF"/>
          </w:tcPr>
          <w:p>
            <w:pPr>
              <w:bidi/>
              <w:jc w:val="right"/>
            </w:pPr>
            <w:r>
              <w:rPr>
                <w:rFonts w:ascii="Arial" w:hAnsi="Arial" w:cs="Arial"/>
                <w:b/>
                <w:sz w:val="26"/>
                <w:rtl/>
                <w:szCs w:val="26"/>
                <w:bCs/>
              </w:rPr>
              <w:t>1</w:t>
            </w:r>
          </w:p>
        </w:tc>
        <w:tc>
          <w:tcPr>
            <w:tcW w:type="dxa" w:w="1738"/>
            <w:shd w:val="clear" w:fill="E5DBFF"/>
          </w:tcPr>
          <w:p>
            <w:pPr>
              <w:bidi/>
              <w:jc w:val="right"/>
            </w:pPr>
            <w:r>
              <w:rPr>
                <w:rFonts w:ascii="Arial" w:hAnsi="Arial" w:cs="Arial"/>
                <w:b/>
                <w:sz w:val="26"/>
                <w:rtl/>
                <w:szCs w:val="26"/>
                <w:bCs/>
              </w:rPr>
              <w:t>2</w:t>
            </w:r>
          </w:p>
        </w:tc>
        <w:tc>
          <w:tcPr>
            <w:tcW w:type="dxa" w:w="1738"/>
            <w:shd w:val="clear" w:fill="E5DBFF"/>
          </w:tcPr>
          <w:p>
            <w:pPr>
              <w:bidi/>
              <w:jc w:val="right"/>
            </w:pPr>
            <w:r>
              <w:rPr>
                <w:rFonts w:ascii="Arial" w:hAnsi="Arial" w:cs="Arial"/>
                <w:b/>
                <w:sz w:val="26"/>
                <w:rtl/>
                <w:szCs w:val="26"/>
                <w:bCs/>
              </w:rPr>
              <w:t>3</w:t>
            </w:r>
          </w:p>
        </w:tc>
        <w:tc>
          <w:tcPr>
            <w:tcW w:type="dxa" w:w="1738"/>
            <w:shd w:val="clear" w:fill="E5DBFF"/>
          </w:tcPr>
          <w:p>
            <w:pPr>
              <w:bidi/>
              <w:jc w:val="right"/>
            </w:pPr>
            <w:r>
              <w:rPr>
                <w:rFonts w:ascii="Arial" w:hAnsi="Arial" w:cs="Arial"/>
                <w:b/>
                <w:sz w:val="26"/>
                <w:rtl/>
                <w:szCs w:val="26"/>
                <w:bCs/>
              </w:rPr>
              <w:t>4</w:t>
            </w:r>
          </w:p>
        </w:tc>
        <w:tc>
          <w:tcPr>
            <w:tcW w:type="dxa" w:w="1738"/>
            <w:shd w:val="clear" w:fill="E5DBFF"/>
          </w:tcPr>
          <w:p>
            <w:pPr>
              <w:bidi/>
              <w:jc w:val="right"/>
            </w:pPr>
            <w:r>
              <w:rPr>
                <w:rFonts w:ascii="Arial" w:hAnsi="Arial" w:cs="Arial"/>
                <w:b/>
                <w:sz w:val="26"/>
                <w:rtl/>
                <w:szCs w:val="26"/>
                <w:bCs/>
              </w:rPr>
              <w:t>5</w:t>
            </w:r>
          </w:p>
        </w:tc>
      </w:tr>
      <w:tr>
        <w:tc>
          <w:tcPr>
            <w:tcW w:type="dxa" w:w="1738"/>
          </w:tcPr>
          <w:p>
            <w:pPr>
              <w:bidi/>
              <w:jc w:val="right"/>
            </w:pPr>
            <w:r>
              <w:rPr>
                <w:rFonts w:ascii="Arial" w:hAnsi="Arial" w:cs="Arial"/>
                <w:sz w:val="26"/>
                <w:rtl/>
                <w:szCs w:val="26"/>
              </w:rPr>
              <w:t>אות קסם</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c>
          <w:tcPr>
            <w:tcW w:type="dxa" w:w="1738"/>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 קוד היציאה: ______________</w:t>
      </w:r>
    </w:p>
    <w:p>
      <w:pPr>
        <w:bidi/>
        <w:pStyle w:val="Heading2"/>
        <w:jc w:val="right"/>
      </w:pPr>
      <w:r>
        <w:rPr>
          <w:rFonts w:ascii="Arial" w:hAnsi="Arial" w:cs="Arial"/>
          <w:b/>
          <w:color w:val="6A3FD4"/>
          <w:sz w:val="32"/>
          <w:rtl/>
          <w:szCs w:val="32"/>
          <w:bCs/>
        </w:rPr>
        <w:t>⏳🗂️ 🧩 מְמַיְּנִים וּמְסַדְּרִים</w:t>
      </w:r>
    </w:p>
    <w:p>
      <w:pPr>
        <w:bidi/>
        <w:jc w:val="right"/>
      </w:pPr>
      <w:r>
        <w:rPr>
          <w:rFonts w:ascii="Arial" w:hAnsi="Arial" w:cs="Arial"/>
          <w:color w:val="555577"/>
          <w:sz w:val="28"/>
          <w:rtl/>
          <w:szCs w:val="28"/>
        </w:rPr>
        <w:t>בַּחֲנֻכָּה יֵשׁ סֵדֶר, יֵשׁ סִפּוּר וְיֵשׁ גַּם דֵּעוֹת. סַדְּרוּ וּמַיְּנוּ!</w:t>
      </w:r>
    </w:p>
    <w:p>
      <w:pPr>
        <w:bidi/>
        <w:jc w:val="right"/>
      </w:pPr>
      <w:r>
        <w:rPr>
          <w:rFonts w:ascii="Arial" w:hAnsi="Arial" w:cs="Arial"/>
          <w:sz w:val="28"/>
          <w:rtl/>
          <w:szCs w:val="28"/>
        </w:rPr>
        <w:t>סַדְּרוּ אֶת הַסִּפּוּר לְפִי הַמָּסֹרֶת – מֵהַהַתְחָלָה עַד הַסּוֹף.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6"/>
                <w:rtl/>
                <w:szCs w:val="26"/>
                <w:bCs/>
              </w:rPr>
              <w:t>מספר</w:t>
            </w:r>
          </w:p>
        </w:tc>
        <w:tc>
          <w:tcPr>
            <w:tcW w:type="dxa" w:w="5213"/>
            <w:shd w:val="clear" w:fill="E5DBFF"/>
          </w:tcPr>
          <w:p>
            <w:pPr>
              <w:bidi/>
              <w:jc w:val="right"/>
            </w:pPr>
            <w:r>
              <w:rPr>
                <w:rFonts w:ascii="Arial" w:hAnsi="Arial" w:cs="Arial"/>
                <w:b/>
                <w:sz w:val="26"/>
                <w:rtl/>
                <w:szCs w:val="26"/>
                <w:bCs/>
              </w:rPr>
              <w:t>האירוע / השלב</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הַמַּכַּבִּים חוֹזְרִים לְבֵית הַמִּקְדָּשׁ</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מוֹצְאִים פַּךְ קָטָן שֶׁל שֶׁמֶן</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מַדְלִיקִים אֶת הַמְּנוֹרָה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הַמְּנוֹרָה דּוֹלֶקֶת שְׁמוֹנָה יָמִים</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מְנַקִּים וּמְסַדְּרִים אֶת הַמָּקוֹם</w:t>
            </w:r>
          </w:p>
        </w:tc>
      </w:tr>
    </w:tbl>
    <w:p>
      <w:pPr>
        <w:bidi/>
        <w:jc w:val="right"/>
      </w:pPr>
    </w:p>
    <w:p>
      <w:pPr>
        <w:bidi/>
        <w:jc w:val="right"/>
      </w:pPr>
      <w:r>
        <w:rPr>
          <w:rFonts w:ascii="Arial" w:hAnsi="Arial" w:cs="Arial"/>
          <w:sz w:val="28"/>
          <w:rtl/>
          <w:szCs w:val="28"/>
        </w:rPr>
        <w:t>מַיְּנוּ: עֻבְדָּה אוֹ דֵּעָה?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כרטיס</w:t>
            </w:r>
          </w:p>
        </w:tc>
        <w:tc>
          <w:tcPr>
            <w:tcW w:type="dxa" w:w="3475"/>
            <w:shd w:val="clear" w:fill="E5DBFF"/>
          </w:tcPr>
          <w:p>
            <w:pPr>
              <w:bidi/>
              <w:jc w:val="right"/>
            </w:pPr>
            <w:r>
              <w:rPr>
                <w:rFonts w:ascii="Arial" w:hAnsi="Arial" w:cs="Arial"/>
                <w:b/>
                <w:sz w:val="26"/>
                <w:rtl/>
                <w:szCs w:val="26"/>
                <w:bCs/>
              </w:rPr>
              <w:t>עֻבְדָּה</w:t>
            </w:r>
          </w:p>
        </w:tc>
        <w:tc>
          <w:tcPr>
            <w:tcW w:type="dxa" w:w="3475"/>
            <w:shd w:val="clear" w:fill="E5DBFF"/>
          </w:tcPr>
          <w:p>
            <w:pPr>
              <w:bidi/>
              <w:jc w:val="right"/>
            </w:pPr>
            <w:r>
              <w:rPr>
                <w:rFonts w:ascii="Arial" w:hAnsi="Arial" w:cs="Arial"/>
                <w:b/>
                <w:sz w:val="26"/>
                <w:rtl/>
                <w:szCs w:val="26"/>
                <w:bCs/>
              </w:rPr>
              <w:t>דֵּעָה</w:t>
            </w:r>
          </w:p>
        </w:tc>
      </w:tr>
      <w:tr>
        <w:tc>
          <w:tcPr>
            <w:tcW w:type="dxa" w:w="3475"/>
          </w:tcPr>
          <w:p>
            <w:pPr>
              <w:bidi/>
              <w:jc w:val="right"/>
            </w:pPr>
            <w:r>
              <w:rPr>
                <w:rFonts w:ascii="Arial" w:hAnsi="Arial" w:cs="Arial"/>
                <w:sz w:val="26"/>
                <w:rtl/>
                <w:szCs w:val="26"/>
              </w:rPr>
              <w:t>עַל הַסְּבִיבוֹן יֵשׁ אַרְבַּע אוֹתִיּוֹת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סְבִיבוֹן הוּא הַמִּשְׂחָק הֲכִי כֵּיף</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סֻפְגָּנִיָּה עִם רִבָּה הִיא הֲכִי טְעִימָה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הַנֵּר הַשְּׁמִינִי הוּא הֲכִי יָפֶה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חֲנֻכָּה נִמְשֶׁכֶת שְׁמוֹנָה יָמִים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בְּכָל עֶרֶב מוֹסִיפִים נֵר אֶחָד</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jc w:val="right"/>
      </w:pPr>
      <w:r>
        <w:rPr>
          <w:rFonts w:ascii="Arial" w:hAnsi="Arial" w:cs="Arial"/>
          <w:sz w:val="28"/>
          <w:rtl/>
          <w:szCs w:val="28"/>
        </w:rPr>
        <w:t>סַדְּרוּ אֶת הַדְלָקַת הַנֵּרוֹת בָּעֶרֶב.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6"/>
                <w:rtl/>
                <w:szCs w:val="26"/>
                <w:bCs/>
              </w:rPr>
              <w:t>מספר</w:t>
            </w:r>
          </w:p>
        </w:tc>
        <w:tc>
          <w:tcPr>
            <w:tcW w:type="dxa" w:w="5213"/>
            <w:shd w:val="clear" w:fill="E5DBFF"/>
          </w:tcPr>
          <w:p>
            <w:pPr>
              <w:bidi/>
              <w:jc w:val="right"/>
            </w:pPr>
            <w:r>
              <w:rPr>
                <w:rFonts w:ascii="Arial" w:hAnsi="Arial" w:cs="Arial"/>
                <w:b/>
                <w:sz w:val="26"/>
                <w:rtl/>
                <w:szCs w:val="26"/>
                <w:bCs/>
              </w:rPr>
              <w:t>האירוע / השלב</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מְסַדְּרִים אֶת הַנֵּרוֹת בַּחֲנֻכִּיָּה</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מַדְלִיקִים אֶת הַשַּׁמָּשׁ</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מַדְלִיקִים בַּשַּׁמָּשׁ אֶת הַנֵּרוֹת</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מְבָרְכִים אֶת הַבְּרָכוֹת</w:t>
            </w:r>
          </w:p>
        </w:tc>
      </w:tr>
      <w:tr>
        <w:tc>
          <w:tcPr>
            <w:tcW w:type="dxa" w:w="5213"/>
          </w:tcPr>
          <w:p>
            <w:pPr>
              <w:bidi/>
              <w:jc w:val="right"/>
            </w:pPr>
            <w:r>
              <w:rPr>
                <w:rFonts w:ascii="Arial" w:hAnsi="Arial" w:cs="Arial"/>
                <w:sz w:val="26"/>
                <w:rtl/>
                <w:szCs w:val="26"/>
              </w:rPr>
              <w:t>( )</w:t>
            </w:r>
          </w:p>
        </w:tc>
        <w:tc>
          <w:tcPr>
            <w:tcW w:type="dxa" w:w="5213"/>
          </w:tcPr>
          <w:p>
            <w:pPr>
              <w:bidi/>
              <w:jc w:val="right"/>
            </w:pPr>
            <w:r>
              <w:rPr>
                <w:rFonts w:ascii="Arial" w:hAnsi="Arial" w:cs="Arial"/>
                <w:sz w:val="26"/>
                <w:rtl/>
                <w:szCs w:val="26"/>
              </w:rPr>
              <w:t>שָׁרִים "הַנֵּרוֹת הַלָּלוּ" וּ"מָעוֹז צוּר"</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8"/>
          <w:rtl/>
          <w:szCs w:val="28"/>
        </w:rPr>
        <w:t>• הַמַּכַּבִּים חוֹזְרִים לְבֵית הַמִּקְדָּשׁ</w:t>
      </w:r>
    </w:p>
    <w:p>
      <w:pPr>
        <w:bidi/>
        <w:jc w:val="right"/>
      </w:pPr>
      <w:r>
        <w:rPr>
          <w:rFonts w:ascii="Arial" w:hAnsi="Arial" w:cs="Arial"/>
          <w:sz w:val="28"/>
          <w:rtl/>
          <w:szCs w:val="28"/>
        </w:rPr>
        <w:t>• מְנַקִּים וּמְסַדְּרִים אֶת הַמָּקוֹם</w:t>
      </w:r>
    </w:p>
    <w:p>
      <w:pPr>
        <w:bidi/>
        <w:jc w:val="right"/>
      </w:pPr>
      <w:r>
        <w:rPr>
          <w:rFonts w:ascii="Arial" w:hAnsi="Arial" w:cs="Arial"/>
          <w:sz w:val="28"/>
          <w:rtl/>
          <w:szCs w:val="28"/>
        </w:rPr>
        <w:t>• מוֹצְאִים פַּךְ קָטָן שֶׁל שֶׁמֶן</w:t>
      </w:r>
    </w:p>
    <w:p>
      <w:pPr>
        <w:bidi/>
        <w:jc w:val="right"/>
      </w:pPr>
      <w:r>
        <w:rPr>
          <w:rFonts w:ascii="Arial" w:hAnsi="Arial" w:cs="Arial"/>
          <w:sz w:val="28"/>
          <w:rtl/>
          <w:szCs w:val="28"/>
        </w:rPr>
        <w:t>• מַדְלִיקִים אֶת הַמְּנוֹרָה</w:t>
      </w:r>
    </w:p>
    <w:p>
      <w:pPr>
        <w:bidi/>
        <w:jc w:val="right"/>
      </w:pPr>
      <w:r>
        <w:rPr>
          <w:rFonts w:ascii="Arial" w:hAnsi="Arial" w:cs="Arial"/>
          <w:sz w:val="28"/>
          <w:rtl/>
          <w:szCs w:val="28"/>
        </w:rPr>
        <w:t>• הַמְּנוֹרָה דּוֹלֶקֶת שְׁמוֹנָה יָמִים</w:t>
      </w:r>
    </w:p>
    <w:p>
      <w:pPr>
        <w:bidi/>
        <w:jc w:val="right"/>
      </w:pPr>
      <w:r>
        <w:rPr>
          <w:rFonts w:ascii="Arial" w:hAnsi="Arial" w:cs="Arial"/>
          <w:sz w:val="28"/>
          <w:rtl/>
          <w:szCs w:val="28"/>
        </w:rPr>
        <w:t>• חֲנֻכָּה נִמְשֶׁכֶת שְׁמוֹנָה יָמִים</w:t>
      </w:r>
    </w:p>
    <w:p>
      <w:pPr>
        <w:bidi/>
        <w:jc w:val="right"/>
      </w:pPr>
      <w:r>
        <w:rPr>
          <w:rFonts w:ascii="Arial" w:hAnsi="Arial" w:cs="Arial"/>
          <w:sz w:val="28"/>
          <w:rtl/>
          <w:szCs w:val="28"/>
        </w:rPr>
        <w:t>• סֻפְגָּנִיָּה עִם רִבָּה הִיא הֲכִי טְעִימָה</w:t>
      </w:r>
    </w:p>
    <w:p>
      <w:pPr>
        <w:bidi/>
        <w:jc w:val="right"/>
      </w:pPr>
      <w:r>
        <w:rPr>
          <w:rFonts w:ascii="Arial" w:hAnsi="Arial" w:cs="Arial"/>
          <w:sz w:val="28"/>
          <w:rtl/>
          <w:szCs w:val="28"/>
        </w:rPr>
        <w:t>• עַל הַסְּבִיבוֹן יֵשׁ אַרְבַּע אוֹתִיּוֹת</w:t>
      </w:r>
    </w:p>
    <w:p>
      <w:pPr>
        <w:bidi/>
        <w:jc w:val="right"/>
      </w:pPr>
      <w:r>
        <w:rPr>
          <w:rFonts w:ascii="Arial" w:hAnsi="Arial" w:cs="Arial"/>
          <w:sz w:val="28"/>
          <w:rtl/>
          <w:szCs w:val="28"/>
        </w:rPr>
        <w:t>• הַנֵּר הַשְּׁמִינִי הוּא הֲכִי יָפֶה</w:t>
      </w:r>
    </w:p>
    <w:p>
      <w:pPr>
        <w:bidi/>
        <w:jc w:val="right"/>
      </w:pPr>
      <w:r>
        <w:rPr>
          <w:rFonts w:ascii="Arial" w:hAnsi="Arial" w:cs="Arial"/>
          <w:sz w:val="28"/>
          <w:rtl/>
          <w:szCs w:val="28"/>
        </w:rPr>
        <w:t>• בְּכָל עֶרֶב מוֹסִיפִים נֵר אֶחָד</w:t>
      </w:r>
    </w:p>
    <w:p>
      <w:pPr>
        <w:bidi/>
        <w:jc w:val="right"/>
      </w:pPr>
      <w:r>
        <w:rPr>
          <w:rFonts w:ascii="Arial" w:hAnsi="Arial" w:cs="Arial"/>
          <w:sz w:val="28"/>
          <w:rtl/>
          <w:szCs w:val="28"/>
        </w:rPr>
        <w:t>• סְבִיבוֹן הוּא הַמִּשְׂחָק הֲכִי כֵּיף</w:t>
      </w:r>
    </w:p>
    <w:p>
      <w:pPr>
        <w:bidi/>
        <w:jc w:val="right"/>
      </w:pPr>
      <w:r>
        <w:rPr>
          <w:rFonts w:ascii="Arial" w:hAnsi="Arial" w:cs="Arial"/>
          <w:sz w:val="28"/>
          <w:rtl/>
          <w:szCs w:val="28"/>
        </w:rPr>
        <w:t>• מְסַדְּרִים אֶת הַנֵּרוֹת בַּחֲנֻכִּיָּה</w:t>
      </w:r>
    </w:p>
    <w:p>
      <w:pPr>
        <w:bidi/>
        <w:jc w:val="right"/>
      </w:pPr>
      <w:r>
        <w:rPr>
          <w:rFonts w:ascii="Arial" w:hAnsi="Arial" w:cs="Arial"/>
          <w:sz w:val="28"/>
          <w:rtl/>
          <w:szCs w:val="28"/>
        </w:rPr>
        <w:t>• מַדְלִיקִים אֶת הַשַּׁמָּשׁ</w:t>
      </w:r>
    </w:p>
    <w:p>
      <w:pPr>
        <w:bidi/>
        <w:jc w:val="right"/>
      </w:pPr>
      <w:r>
        <w:rPr>
          <w:rFonts w:ascii="Arial" w:hAnsi="Arial" w:cs="Arial"/>
          <w:sz w:val="28"/>
          <w:rtl/>
          <w:szCs w:val="28"/>
        </w:rPr>
        <w:t>• מְבָרְכִים אֶת הַבְּרָכוֹת</w:t>
      </w:r>
    </w:p>
    <w:p>
      <w:pPr>
        <w:bidi/>
        <w:jc w:val="right"/>
      </w:pPr>
      <w:r>
        <w:rPr>
          <w:rFonts w:ascii="Arial" w:hAnsi="Arial" w:cs="Arial"/>
          <w:sz w:val="28"/>
          <w:rtl/>
          <w:szCs w:val="28"/>
        </w:rPr>
        <w:t>• מַדְלִיקִים בַּשַּׁמָּשׁ אֶת הַנֵּרוֹת</w:t>
      </w:r>
    </w:p>
    <w:p>
      <w:pPr>
        <w:bidi/>
        <w:jc w:val="right"/>
      </w:pPr>
      <w:r>
        <w:rPr>
          <w:rFonts w:ascii="Arial" w:hAnsi="Arial" w:cs="Arial"/>
          <w:sz w:val="28"/>
          <w:rtl/>
          <w:szCs w:val="28"/>
        </w:rPr>
        <w:t>• שָׁרִים "הַנֵּרוֹת הַלָּלוּ" וּ"מָעוֹז צוּר"</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נַחְשׁוּ וּבִדְקוּ: הָעֶרֶב שֶׁבּוֹ כָּבָה הַחַשְׁמַל</w:t>
      </w:r>
    </w:p>
    <w:p>
      <w:pPr>
        <w:bidi/>
        <w:jc w:val="right"/>
      </w:pPr>
      <w:r>
        <w:rPr>
          <w:rFonts w:ascii="Arial" w:hAnsi="Arial" w:cs="Arial"/>
          <w:color w:val="555577"/>
          <w:sz w:val="28"/>
          <w:rtl/>
          <w:szCs w:val="28"/>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8"/>
          <w:rtl/>
          <w:szCs w:val="28"/>
        </w:rPr>
        <w:t>בָּעֶרֶב הָרִאשׁוֹן שֶׁל חֲנֻכָּה כָּבָה פִּתְאוֹם הַחַשְׁמַל בַּבִּנְיָן שֶׁל תָּמָר. הַכֹּל הָיָה חָשׁוּךְ.</w:t>
      </w:r>
    </w:p>
    <w:p>
      <w:pPr>
        <w:bidi/>
        <w:jc w:val="right"/>
      </w:pPr>
      <w:r>
        <w:rPr>
          <w:rFonts w:ascii="Arial" w:hAnsi="Arial" w:cs="Arial"/>
          <w:b/>
          <w:sz w:val="28"/>
          <w:rtl/>
          <w:szCs w:val="28"/>
          <w:bCs/>
        </w:rPr>
        <w:t>1. מָה לְדַעְתְּכֶם עָשְׂתָה תָּמָר?</w:t>
      </w:r>
    </w:p>
    <w:p>
      <w:pPr>
        <w:bidi/>
        <w:jc w:val="right"/>
      </w:pPr>
      <w:r>
        <w:rPr>
          <w:rFonts w:ascii="Arial" w:hAnsi="Arial" w:cs="Arial"/>
          <w:sz w:val="28"/>
          <w:rtl/>
          <w:szCs w:val="28"/>
        </w:rPr>
        <w:t xml:space="preserve">   ◯ א. הָלְכָה לִישֹׁן מֻקְדָּם</w:t>
      </w:r>
    </w:p>
    <w:p>
      <w:pPr>
        <w:bidi/>
        <w:jc w:val="right"/>
      </w:pPr>
      <w:r>
        <w:rPr>
          <w:rFonts w:ascii="Arial" w:hAnsi="Arial" w:cs="Arial"/>
          <w:sz w:val="28"/>
          <w:rtl/>
          <w:szCs w:val="28"/>
        </w:rPr>
        <w:t xml:space="preserve">   ◯ ב. הִדְלִיקָה אֶת הַחֲנֻכִּיָּה לְיַד הַחַלּוֹן</w:t>
      </w:r>
    </w:p>
    <w:p>
      <w:pPr>
        <w:bidi/>
        <w:jc w:val="right"/>
      </w:pPr>
      <w:r>
        <w:rPr>
          <w:rFonts w:ascii="Arial" w:hAnsi="Arial" w:cs="Arial"/>
          <w:sz w:val="28"/>
          <w:rtl/>
          <w:szCs w:val="28"/>
        </w:rPr>
        <w:t xml:space="preserve">   ◯ ג. יָשְׁבָה וְחִכְּתָה בַּחֹשֶׁךְ</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8"/>
          <w:rtl/>
          <w:szCs w:val="28"/>
        </w:rPr>
        <w:t>הַשְּׁכֵנָה מִלְּמַטָּה, רוּתִי, דָּפְקָה בַּדֶּלֶת. הִיא גָּרָה לְבַד, וְאֵין לָהּ חֲנֻכִּיָּה.</w:t>
      </w:r>
    </w:p>
    <w:p>
      <w:pPr>
        <w:bidi/>
        <w:jc w:val="right"/>
      </w:pPr>
      <w:r>
        <w:rPr>
          <w:rFonts w:ascii="Arial" w:hAnsi="Arial" w:cs="Arial"/>
          <w:b/>
          <w:sz w:val="28"/>
          <w:rtl/>
          <w:szCs w:val="28"/>
          <w:bCs/>
        </w:rPr>
        <w:t>2. מָה תַּצִּיעַ תָּמָר?</w:t>
      </w:r>
    </w:p>
    <w:p>
      <w:pPr>
        <w:bidi/>
        <w:jc w:val="right"/>
      </w:pPr>
      <w:r>
        <w:rPr>
          <w:rFonts w:ascii="Arial" w:hAnsi="Arial" w:cs="Arial"/>
          <w:sz w:val="28"/>
          <w:rtl/>
          <w:szCs w:val="28"/>
        </w:rPr>
        <w:t xml:space="preserve">   ◯ א. לְהַזְמִין אֶת רוּתִי לְהַדְלִיק יַחַד</w:t>
      </w:r>
    </w:p>
    <w:p>
      <w:pPr>
        <w:bidi/>
        <w:jc w:val="right"/>
      </w:pPr>
      <w:r>
        <w:rPr>
          <w:rFonts w:ascii="Arial" w:hAnsi="Arial" w:cs="Arial"/>
          <w:sz w:val="28"/>
          <w:rtl/>
          <w:szCs w:val="28"/>
        </w:rPr>
        <w:t xml:space="preserve">   ◯ ב. לְהַגִּיד לָהּ לַחֲזֹר מָחָר</w:t>
      </w:r>
    </w:p>
    <w:p>
      <w:pPr>
        <w:bidi/>
        <w:jc w:val="right"/>
      </w:pPr>
      <w:r>
        <w:rPr>
          <w:rFonts w:ascii="Arial" w:hAnsi="Arial" w:cs="Arial"/>
          <w:sz w:val="28"/>
          <w:rtl/>
          <w:szCs w:val="28"/>
        </w:rPr>
        <w:t xml:space="preserve">   ◯ ג. לִסְגֹּר אֶת הַדֶּלֶת בְּשֶׁקֶט</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8"/>
          <w:rtl/>
          <w:szCs w:val="28"/>
        </w:rPr>
        <w:t>רוּתִי הוֹצִיאָה מֵהַתִּיק סְבִיבוֹן יָשָׁן מֵעֵץ. "בּוֹאוּ נְשַׂחֵק!" אָמְרָה. עַל הַסְּבִיבוֹן הָיְתָה הָאוֹת פ.</w:t>
      </w:r>
    </w:p>
    <w:p>
      <w:pPr>
        <w:bidi/>
        <w:jc w:val="right"/>
      </w:pPr>
      <w:r>
        <w:rPr>
          <w:rFonts w:ascii="Arial" w:hAnsi="Arial" w:cs="Arial"/>
          <w:b/>
          <w:sz w:val="28"/>
          <w:rtl/>
          <w:szCs w:val="28"/>
          <w:bCs/>
        </w:rPr>
        <w:t>3. מָה מְסַמֶּלֶת הָאוֹת פ?</w:t>
      </w:r>
    </w:p>
    <w:p>
      <w:pPr>
        <w:bidi/>
        <w:jc w:val="right"/>
      </w:pPr>
      <w:r>
        <w:rPr>
          <w:rFonts w:ascii="Arial" w:hAnsi="Arial" w:cs="Arial"/>
          <w:sz w:val="28"/>
          <w:rtl/>
          <w:szCs w:val="28"/>
        </w:rPr>
        <w:t xml:space="preserve">   ◯ א. פֶּרַח</w:t>
      </w:r>
    </w:p>
    <w:p>
      <w:pPr>
        <w:bidi/>
        <w:jc w:val="right"/>
      </w:pPr>
      <w:r>
        <w:rPr>
          <w:rFonts w:ascii="Arial" w:hAnsi="Arial" w:cs="Arial"/>
          <w:sz w:val="28"/>
          <w:rtl/>
          <w:szCs w:val="28"/>
        </w:rPr>
        <w:t xml:space="preserve">   ◯ ב. פַּעַם</w:t>
      </w:r>
    </w:p>
    <w:p>
      <w:pPr>
        <w:bidi/>
        <w:jc w:val="right"/>
      </w:pPr>
      <w:r>
        <w:rPr>
          <w:rFonts w:ascii="Arial" w:hAnsi="Arial" w:cs="Arial"/>
          <w:sz w:val="28"/>
          <w:rtl/>
          <w:szCs w:val="28"/>
        </w:rPr>
        <w:t xml:space="preserve">   ◯ ג. פֹּה – בְּאֶרֶץ יִשְׂרָאֵל</w:t>
      </w:r>
    </w:p>
    <w:p>
      <w:pPr>
        <w:bidi/>
        <w:jc w:val="right"/>
      </w:pPr>
      <w:r>
        <w:rPr>
          <w:rFonts w:ascii="Arial" w:hAnsi="Arial" w:cs="Arial"/>
          <w:sz w:val="28"/>
          <w:rtl/>
          <w:szCs w:val="28"/>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8"/>
          <w:rtl/>
          <w:szCs w:val="28"/>
        </w:rPr>
        <w:t>פִּתְאוֹם חָזַר הַחַשְׁמַל, וְהָאוֹרוֹת בַּבִּנְיָן נִדְלְקוּ. אֲבָל אַף אֶחָד לֹא קָם לָלֶכֶת.</w:t>
      </w:r>
    </w:p>
    <w:p>
      <w:pPr>
        <w:bidi/>
        <w:jc w:val="right"/>
      </w:pPr>
      <w:r>
        <w:rPr>
          <w:rFonts w:ascii="Arial" w:hAnsi="Arial" w:cs="Arial"/>
          <w:b/>
          <w:sz w:val="28"/>
          <w:rtl/>
          <w:szCs w:val="28"/>
          <w:bCs/>
        </w:rPr>
        <w:t>4. מָה יַחְלִיטוּ הַשְּׁכֵנִים?</w:t>
      </w:r>
    </w:p>
    <w:p>
      <w:pPr>
        <w:bidi/>
        <w:jc w:val="right"/>
      </w:pPr>
      <w:r>
        <w:rPr>
          <w:rFonts w:ascii="Arial" w:hAnsi="Arial" w:cs="Arial"/>
          <w:sz w:val="28"/>
          <w:rtl/>
          <w:szCs w:val="28"/>
        </w:rPr>
        <w:t xml:space="preserve">   ◯ א. לְכַבּוֹת אֶת הַנֵּרוֹת מִיָּד</w:t>
      </w:r>
    </w:p>
    <w:p>
      <w:pPr>
        <w:bidi/>
        <w:jc w:val="right"/>
      </w:pPr>
      <w:r>
        <w:rPr>
          <w:rFonts w:ascii="Arial" w:hAnsi="Arial" w:cs="Arial"/>
          <w:sz w:val="28"/>
          <w:rtl/>
          <w:szCs w:val="28"/>
        </w:rPr>
        <w:t xml:space="preserve">   ◯ ב. לְהַדְלִיק יַחַד גַּם בָּעֲרָבִים הַבָּאִים</w:t>
      </w:r>
    </w:p>
    <w:p>
      <w:pPr>
        <w:bidi/>
        <w:jc w:val="right"/>
      </w:pPr>
      <w:r>
        <w:rPr>
          <w:rFonts w:ascii="Arial" w:hAnsi="Arial" w:cs="Arial"/>
          <w:sz w:val="28"/>
          <w:rtl/>
          <w:szCs w:val="28"/>
        </w:rPr>
        <w:t xml:space="preserve">   ◯ ג. לֹא לְהִפָּגֵשׁ יוֹתֵר</w:t>
      </w:r>
    </w:p>
    <w:p>
      <w:pPr>
        <w:bidi/>
        <w:jc w:val="right"/>
      </w:pPr>
      <w:r>
        <w:rPr>
          <w:rFonts w:ascii="Arial" w:hAnsi="Arial" w:cs="Arial"/>
          <w:sz w:val="28"/>
          <w:rtl/>
          <w:szCs w:val="28"/>
        </w:rPr>
        <w:t>מה קרה באמת? ____________________________</w:t>
      </w:r>
    </w:p>
    <w:p>
      <w:pPr>
        <w:bidi/>
        <w:pStyle w:val="Heading2"/>
        <w:jc w:val="right"/>
      </w:pPr>
      <w:r>
        <w:rPr>
          <w:rFonts w:ascii="Arial" w:hAnsi="Arial" w:cs="Arial"/>
          <w:b/>
          <w:color w:val="6A3FD4"/>
          <w:sz w:val="32"/>
          <w:rtl/>
          <w:szCs w:val="32"/>
          <w:bCs/>
        </w:rPr>
        <w:t>🧩 🤔 מִי יוֹצֵא דֹּפֶן?</w:t>
      </w:r>
    </w:p>
    <w:p>
      <w:pPr>
        <w:bidi/>
        <w:jc w:val="right"/>
      </w:pPr>
      <w:r>
        <w:rPr>
          <w:rFonts w:ascii="Arial" w:hAnsi="Arial" w:cs="Arial"/>
          <w:b/>
          <w:sz w:val="28"/>
          <w:rtl/>
          <w:szCs w:val="28"/>
          <w:bCs/>
        </w:rPr>
        <w:t>1. מי יוצא הדופן?</w:t>
      </w:r>
    </w:p>
    <w:p>
      <w:pPr>
        <w:bidi/>
        <w:jc w:val="right"/>
      </w:pPr>
      <w:r>
        <w:rPr>
          <w:rFonts w:ascii="Arial" w:hAnsi="Arial" w:cs="Arial"/>
          <w:sz w:val="28"/>
          <w:rtl/>
          <w:szCs w:val="28"/>
        </w:rPr>
        <w:t xml:space="preserve">   ◯ א. סֻפְגָּנִיָּה</w:t>
      </w:r>
    </w:p>
    <w:p>
      <w:pPr>
        <w:bidi/>
        <w:jc w:val="right"/>
      </w:pPr>
      <w:r>
        <w:rPr>
          <w:rFonts w:ascii="Arial" w:hAnsi="Arial" w:cs="Arial"/>
          <w:sz w:val="28"/>
          <w:rtl/>
          <w:szCs w:val="28"/>
        </w:rPr>
        <w:t xml:space="preserve">   ◯ ב. לְבִיבָה</w:t>
      </w:r>
    </w:p>
    <w:p>
      <w:pPr>
        <w:bidi/>
        <w:jc w:val="right"/>
      </w:pPr>
      <w:r>
        <w:rPr>
          <w:rFonts w:ascii="Arial" w:hAnsi="Arial" w:cs="Arial"/>
          <w:sz w:val="28"/>
          <w:rtl/>
          <w:szCs w:val="28"/>
        </w:rPr>
        <w:t xml:space="preserve">   ◯ ג. סְפִינְג׳</w:t>
      </w:r>
    </w:p>
    <w:p>
      <w:pPr>
        <w:bidi/>
        <w:jc w:val="right"/>
      </w:pPr>
      <w:r>
        <w:rPr>
          <w:rFonts w:ascii="Arial" w:hAnsi="Arial" w:cs="Arial"/>
          <w:sz w:val="28"/>
          <w:rtl/>
          <w:szCs w:val="28"/>
        </w:rPr>
        <w:t xml:space="preserve">   ◯ ד. עוּגַת גְּבִינָה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הִיא לֹא מְתוּקָה</w:t>
      </w:r>
    </w:p>
    <w:p>
      <w:pPr>
        <w:bidi/>
        <w:jc w:val="right"/>
      </w:pPr>
      <w:r>
        <w:rPr>
          <w:rFonts w:ascii="Arial" w:hAnsi="Arial" w:cs="Arial"/>
          <w:sz w:val="28"/>
          <w:rtl/>
          <w:szCs w:val="28"/>
        </w:rPr>
        <w:t xml:space="preserve">   ◯ ב. הִיא לֹא מְטֻגֶּנֶת בְּשֶׁמֶן</w:t>
      </w:r>
    </w:p>
    <w:p>
      <w:pPr>
        <w:bidi/>
        <w:jc w:val="right"/>
      </w:pPr>
      <w:r>
        <w:rPr>
          <w:rFonts w:ascii="Arial" w:hAnsi="Arial" w:cs="Arial"/>
          <w:sz w:val="28"/>
          <w:rtl/>
          <w:szCs w:val="28"/>
        </w:rPr>
        <w:t xml:space="preserve">   ◯ ג. הִיא לֹא עֲגֻלָּה</w:t>
      </w:r>
    </w:p>
    <w:p>
      <w:pPr>
        <w:bidi/>
        <w:jc w:val="right"/>
      </w:pPr>
      <w:r>
        <w:rPr>
          <w:rFonts w:ascii="Arial" w:hAnsi="Arial" w:cs="Arial"/>
          <w:b/>
          <w:sz w:val="28"/>
          <w:rtl/>
          <w:szCs w:val="28"/>
          <w:bCs/>
        </w:rPr>
        <w:t>2. מי יוצא הדופן?</w:t>
      </w:r>
    </w:p>
    <w:p>
      <w:pPr>
        <w:bidi/>
        <w:jc w:val="right"/>
      </w:pPr>
      <w:r>
        <w:rPr>
          <w:rFonts w:ascii="Arial" w:hAnsi="Arial" w:cs="Arial"/>
          <w:sz w:val="28"/>
          <w:rtl/>
          <w:szCs w:val="28"/>
        </w:rPr>
        <w:t xml:space="preserve">   ◯ א. ס</w:t>
      </w:r>
    </w:p>
    <w:p>
      <w:pPr>
        <w:bidi/>
        <w:jc w:val="right"/>
      </w:pPr>
      <w:r>
        <w:rPr>
          <w:rFonts w:ascii="Arial" w:hAnsi="Arial" w:cs="Arial"/>
          <w:sz w:val="28"/>
          <w:rtl/>
          <w:szCs w:val="28"/>
        </w:rPr>
        <w:t xml:space="preserve">   ◯ ב. נ</w:t>
      </w:r>
    </w:p>
    <w:p>
      <w:pPr>
        <w:bidi/>
        <w:jc w:val="right"/>
      </w:pPr>
      <w:r>
        <w:rPr>
          <w:rFonts w:ascii="Arial" w:hAnsi="Arial" w:cs="Arial"/>
          <w:sz w:val="28"/>
          <w:rtl/>
          <w:szCs w:val="28"/>
        </w:rPr>
        <w:t xml:space="preserve">   ◯ ג. ג</w:t>
      </w:r>
    </w:p>
    <w:p>
      <w:pPr>
        <w:bidi/>
        <w:jc w:val="right"/>
      </w:pPr>
      <w:r>
        <w:rPr>
          <w:rFonts w:ascii="Arial" w:hAnsi="Arial" w:cs="Arial"/>
          <w:sz w:val="28"/>
          <w:rtl/>
          <w:szCs w:val="28"/>
        </w:rPr>
        <w:t xml:space="preserve">   ◯ ד. 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הִיא לֹא מוֹפִיעָה עַל הַסְּבִיבוֹן</w:t>
      </w:r>
    </w:p>
    <w:p>
      <w:pPr>
        <w:bidi/>
        <w:jc w:val="right"/>
      </w:pPr>
      <w:r>
        <w:rPr>
          <w:rFonts w:ascii="Arial" w:hAnsi="Arial" w:cs="Arial"/>
          <w:sz w:val="28"/>
          <w:rtl/>
          <w:szCs w:val="28"/>
        </w:rPr>
        <w:t xml:space="preserve">   ◯ ב. הִיא אוֹת סוֹפִית</w:t>
      </w:r>
    </w:p>
    <w:p>
      <w:pPr>
        <w:bidi/>
        <w:jc w:val="right"/>
      </w:pPr>
      <w:r>
        <w:rPr>
          <w:rFonts w:ascii="Arial" w:hAnsi="Arial" w:cs="Arial"/>
          <w:sz w:val="28"/>
          <w:rtl/>
          <w:szCs w:val="28"/>
        </w:rPr>
        <w:t xml:space="preserve">   ◯ ג. הִיא הָרִאשׁוֹנָה בָּאָלֶף־בֵּית</w:t>
      </w:r>
    </w:p>
    <w:p>
      <w:pPr>
        <w:bidi/>
        <w:jc w:val="right"/>
      </w:pPr>
      <w:r>
        <w:rPr>
          <w:rFonts w:ascii="Arial" w:hAnsi="Arial" w:cs="Arial"/>
          <w:b/>
          <w:sz w:val="28"/>
          <w:rtl/>
          <w:szCs w:val="28"/>
          <w:bCs/>
        </w:rPr>
        <w:t>3. מי יוצא הדופן?</w:t>
      </w:r>
    </w:p>
    <w:p>
      <w:pPr>
        <w:bidi/>
        <w:jc w:val="right"/>
      </w:pPr>
      <w:r>
        <w:rPr>
          <w:rFonts w:ascii="Arial" w:hAnsi="Arial" w:cs="Arial"/>
          <w:sz w:val="28"/>
          <w:rtl/>
          <w:szCs w:val="28"/>
        </w:rPr>
        <w:t xml:space="preserve">   ◯ א. שַׁמָּשׁ</w:t>
      </w:r>
    </w:p>
    <w:p>
      <w:pPr>
        <w:bidi/>
        <w:jc w:val="right"/>
      </w:pPr>
      <w:r>
        <w:rPr>
          <w:rFonts w:ascii="Arial" w:hAnsi="Arial" w:cs="Arial"/>
          <w:sz w:val="28"/>
          <w:rtl/>
          <w:szCs w:val="28"/>
        </w:rPr>
        <w:t xml:space="preserve">   ◯ ב. פְּתִילָה</w:t>
      </w:r>
    </w:p>
    <w:p>
      <w:pPr>
        <w:bidi/>
        <w:jc w:val="right"/>
      </w:pPr>
      <w:r>
        <w:rPr>
          <w:rFonts w:ascii="Arial" w:hAnsi="Arial" w:cs="Arial"/>
          <w:sz w:val="28"/>
          <w:rtl/>
          <w:szCs w:val="28"/>
        </w:rPr>
        <w:t xml:space="preserve">   ◯ ג. סֻכָּר</w:t>
      </w:r>
    </w:p>
    <w:p>
      <w:pPr>
        <w:bidi/>
        <w:jc w:val="right"/>
      </w:pPr>
      <w:r>
        <w:rPr>
          <w:rFonts w:ascii="Arial" w:hAnsi="Arial" w:cs="Arial"/>
          <w:sz w:val="28"/>
          <w:rtl/>
          <w:szCs w:val="28"/>
        </w:rPr>
        <w:t xml:space="preserve">   ◯ ד. גַּפְרוּר</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הוּא לָבָן</w:t>
      </w:r>
    </w:p>
    <w:p>
      <w:pPr>
        <w:bidi/>
        <w:jc w:val="right"/>
      </w:pPr>
      <w:r>
        <w:rPr>
          <w:rFonts w:ascii="Arial" w:hAnsi="Arial" w:cs="Arial"/>
          <w:sz w:val="28"/>
          <w:rtl/>
          <w:szCs w:val="28"/>
        </w:rPr>
        <w:t xml:space="preserve">   ◯ ב. הוּא מִלָּה קְצָרָה</w:t>
      </w:r>
    </w:p>
    <w:p>
      <w:pPr>
        <w:bidi/>
        <w:jc w:val="right"/>
      </w:pPr>
      <w:r>
        <w:rPr>
          <w:rFonts w:ascii="Arial" w:hAnsi="Arial" w:cs="Arial"/>
          <w:sz w:val="28"/>
          <w:rtl/>
          <w:szCs w:val="28"/>
        </w:rPr>
        <w:t xml:space="preserve">   ◯ ג. אֵין לוֹ קֶשֶׁר לְהַדְלָקַת הָאוֹר</w:t>
      </w:r>
    </w:p>
    <w:p>
      <w:pPr>
        <w:bidi/>
        <w:jc w:val="right"/>
      </w:pPr>
      <w:r>
        <w:rPr>
          <w:rFonts w:ascii="Arial" w:hAnsi="Arial" w:cs="Arial"/>
          <w:b/>
          <w:sz w:val="28"/>
          <w:rtl/>
          <w:szCs w:val="28"/>
          <w:bCs/>
        </w:rPr>
        <w:t>4. מי יוצא הדופן?</w:t>
      </w:r>
    </w:p>
    <w:p>
      <w:pPr>
        <w:bidi/>
        <w:jc w:val="right"/>
      </w:pPr>
      <w:r>
        <w:rPr>
          <w:rFonts w:ascii="Arial" w:hAnsi="Arial" w:cs="Arial"/>
          <w:sz w:val="28"/>
          <w:rtl/>
          <w:szCs w:val="28"/>
        </w:rPr>
        <w:t xml:space="preserve">   ◯ א. אֹמֶץ</w:t>
      </w:r>
    </w:p>
    <w:p>
      <w:pPr>
        <w:bidi/>
        <w:jc w:val="right"/>
      </w:pPr>
      <w:r>
        <w:rPr>
          <w:rFonts w:ascii="Arial" w:hAnsi="Arial" w:cs="Arial"/>
          <w:sz w:val="28"/>
          <w:rtl/>
          <w:szCs w:val="28"/>
        </w:rPr>
        <w:t xml:space="preserve">   ◯ ב. תִּקְוָה</w:t>
      </w:r>
    </w:p>
    <w:p>
      <w:pPr>
        <w:bidi/>
        <w:jc w:val="right"/>
      </w:pPr>
      <w:r>
        <w:rPr>
          <w:rFonts w:ascii="Arial" w:hAnsi="Arial" w:cs="Arial"/>
          <w:sz w:val="28"/>
          <w:rtl/>
          <w:szCs w:val="28"/>
        </w:rPr>
        <w:t xml:space="preserve">   ◯ ג. עַצְלוּת</w:t>
      </w:r>
    </w:p>
    <w:p>
      <w:pPr>
        <w:bidi/>
        <w:jc w:val="right"/>
      </w:pPr>
      <w:r>
        <w:rPr>
          <w:rFonts w:ascii="Arial" w:hAnsi="Arial" w:cs="Arial"/>
          <w:sz w:val="28"/>
          <w:rtl/>
          <w:szCs w:val="28"/>
        </w:rPr>
        <w:t xml:space="preserve">   ◯ ד. נְתִינָה</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הִיא מִלָּה אֲרֻכָּה</w:t>
      </w:r>
    </w:p>
    <w:p>
      <w:pPr>
        <w:bidi/>
        <w:jc w:val="right"/>
      </w:pPr>
      <w:r>
        <w:rPr>
          <w:rFonts w:ascii="Arial" w:hAnsi="Arial" w:cs="Arial"/>
          <w:sz w:val="28"/>
          <w:rtl/>
          <w:szCs w:val="28"/>
        </w:rPr>
        <w:t xml:space="preserve">   ◯ ב. הִיא לֹא תְּכוּנָה שֶׁמְּבִיאָה אוֹר לַאֲחֵרִים</w:t>
      </w:r>
    </w:p>
    <w:p>
      <w:pPr>
        <w:bidi/>
        <w:jc w:val="right"/>
      </w:pPr>
      <w:r>
        <w:rPr>
          <w:rFonts w:ascii="Arial" w:hAnsi="Arial" w:cs="Arial"/>
          <w:sz w:val="28"/>
          <w:rtl/>
          <w:szCs w:val="28"/>
        </w:rPr>
        <w:t xml:space="preserve">   ◯ ג. הִיא מַתְחִילָה בָּאוֹת ע</w:t>
      </w:r>
    </w:p>
    <w:p>
      <w:pPr>
        <w:bidi/>
        <w:jc w:val="right"/>
      </w:pPr>
      <w:r>
        <w:rPr>
          <w:rFonts w:ascii="Arial" w:hAnsi="Arial" w:cs="Arial"/>
          <w:b/>
          <w:sz w:val="28"/>
          <w:rtl/>
          <w:szCs w:val="28"/>
          <w:bCs/>
        </w:rPr>
        <w:t>5. מי יוצא הדופן?</w:t>
      </w:r>
    </w:p>
    <w:p>
      <w:pPr>
        <w:bidi/>
        <w:jc w:val="right"/>
      </w:pPr>
      <w:r>
        <w:rPr>
          <w:rFonts w:ascii="Arial" w:hAnsi="Arial" w:cs="Arial"/>
          <w:sz w:val="28"/>
          <w:rtl/>
          <w:szCs w:val="28"/>
        </w:rPr>
        <w:t xml:space="preserve">   ◯ א. כִּסְלֵו</w:t>
      </w:r>
    </w:p>
    <w:p>
      <w:pPr>
        <w:bidi/>
        <w:jc w:val="right"/>
      </w:pPr>
      <w:r>
        <w:rPr>
          <w:rFonts w:ascii="Arial" w:hAnsi="Arial" w:cs="Arial"/>
          <w:sz w:val="28"/>
          <w:rtl/>
          <w:szCs w:val="28"/>
        </w:rPr>
        <w:t xml:space="preserve">   ◯ ב. יוֹסֵף</w:t>
      </w:r>
    </w:p>
    <w:p>
      <w:pPr>
        <w:bidi/>
        <w:jc w:val="right"/>
      </w:pPr>
      <w:r>
        <w:rPr>
          <w:rFonts w:ascii="Arial" w:hAnsi="Arial" w:cs="Arial"/>
          <w:sz w:val="28"/>
          <w:rtl/>
          <w:szCs w:val="28"/>
        </w:rPr>
        <w:t xml:space="preserve">   ◯ ג. חֲלוֹמוֹת</w:t>
      </w:r>
    </w:p>
    <w:p>
      <w:pPr>
        <w:bidi/>
        <w:jc w:val="right"/>
      </w:pPr>
      <w:r>
        <w:rPr>
          <w:rFonts w:ascii="Arial" w:hAnsi="Arial" w:cs="Arial"/>
          <w:sz w:val="28"/>
          <w:rtl/>
          <w:szCs w:val="28"/>
        </w:rPr>
        <w:t xml:space="preserve">   ◯ ד. קַיִץ</w:t>
      </w:r>
    </w:p>
    <w:p>
      <w:pPr>
        <w:bidi/>
        <w:jc w:val="right"/>
      </w:pPr>
      <w:r>
        <w:rPr>
          <w:rFonts w:ascii="Arial" w:hAnsi="Arial" w:cs="Arial"/>
          <w:b/>
          <w:sz w:val="28"/>
          <w:rtl/>
          <w:szCs w:val="28"/>
          <w:bCs/>
        </w:rPr>
        <w:t>. למה?</w:t>
      </w:r>
    </w:p>
    <w:p>
      <w:pPr>
        <w:bidi/>
        <w:jc w:val="right"/>
      </w:pPr>
      <w:r>
        <w:rPr>
          <w:rFonts w:ascii="Arial" w:hAnsi="Arial" w:cs="Arial"/>
          <w:sz w:val="28"/>
          <w:rtl/>
          <w:szCs w:val="28"/>
        </w:rPr>
        <w:t xml:space="preserve">   ◯ א. הוּא לֹא חֹדֶשׁ</w:t>
      </w:r>
    </w:p>
    <w:p>
      <w:pPr>
        <w:bidi/>
        <w:jc w:val="right"/>
      </w:pPr>
      <w:r>
        <w:rPr>
          <w:rFonts w:ascii="Arial" w:hAnsi="Arial" w:cs="Arial"/>
          <w:sz w:val="28"/>
          <w:rtl/>
          <w:szCs w:val="28"/>
        </w:rPr>
        <w:t xml:space="preserve">   ◯ ב. כִּסְלֵו חָל בַּחֹרֶף, לֹא בַּקַּיִץ</w:t>
      </w:r>
    </w:p>
    <w:p>
      <w:pPr>
        <w:bidi/>
        <w:jc w:val="right"/>
      </w:pPr>
      <w:r>
        <w:rPr>
          <w:rFonts w:ascii="Arial" w:hAnsi="Arial" w:cs="Arial"/>
          <w:sz w:val="28"/>
          <w:rtl/>
          <w:szCs w:val="28"/>
        </w:rPr>
        <w:t xml:space="preserve">   ◯ ג. זוֹ מִלָּה שֶׁל שְׁתֵּי הֲבָרוֹת</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8"/>
          <w:rtl/>
          <w:szCs w:val="28"/>
          <w:bCs/>
        </w:rPr>
        <w:t>1. מָה הַמֶּסֶר שֶׁל נֵר קָטָן בְּלַיְלָה חֲשׁוּךְ?</w:t>
      </w:r>
    </w:p>
    <w:p>
      <w:pPr>
        <w:bidi/>
        <w:jc w:val="right"/>
      </w:pPr>
      <w:r>
        <w:rPr>
          <w:rFonts w:ascii="Arial" w:hAnsi="Arial" w:cs="Arial"/>
          <w:sz w:val="28"/>
          <w:rtl/>
          <w:szCs w:val="28"/>
        </w:rPr>
        <w:t xml:space="preserve">   ◯ א. גַּם מְעַט אוֹר מְגָרֵשׁ הַרְבֵּה חֹשֶׁךְ</w:t>
      </w:r>
    </w:p>
    <w:p>
      <w:pPr>
        <w:bidi/>
        <w:jc w:val="right"/>
      </w:pPr>
      <w:r>
        <w:rPr>
          <w:rFonts w:ascii="Arial" w:hAnsi="Arial" w:cs="Arial"/>
          <w:sz w:val="28"/>
          <w:rtl/>
          <w:szCs w:val="28"/>
        </w:rPr>
        <w:t xml:space="preserve">   ◯ ב. צָרִיךְ לָלֶכֶת לִישֹׁן מֻקְדָּם</w:t>
      </w:r>
    </w:p>
    <w:p>
      <w:pPr>
        <w:bidi/>
        <w:jc w:val="right"/>
      </w:pPr>
      <w:r>
        <w:rPr>
          <w:rFonts w:ascii="Arial" w:hAnsi="Arial" w:cs="Arial"/>
          <w:sz w:val="28"/>
          <w:rtl/>
          <w:szCs w:val="28"/>
        </w:rPr>
        <w:t xml:space="preserve">   ◯ ג. נֵרוֹת קְטַנִּים לֹא חֲשׁוּבִים</w:t>
      </w:r>
    </w:p>
    <w:p>
      <w:pPr>
        <w:bidi/>
        <w:jc w:val="right"/>
      </w:pPr>
      <w:r>
        <w:rPr>
          <w:rFonts w:ascii="Arial" w:hAnsi="Arial" w:cs="Arial"/>
          <w:sz w:val="28"/>
          <w:rtl/>
          <w:szCs w:val="28"/>
        </w:rPr>
        <w:t xml:space="preserve">   ◯ ד. אָסוּר לָצֵאת בַּלַּיְלָה</w:t>
      </w:r>
    </w:p>
    <w:p>
      <w:pPr>
        <w:bidi/>
        <w:jc w:val="right"/>
      </w:pPr>
      <w:r>
        <w:rPr>
          <w:rFonts w:ascii="Arial" w:hAnsi="Arial" w:cs="Arial"/>
          <w:b/>
          <w:sz w:val="28"/>
          <w:rtl/>
          <w:szCs w:val="28"/>
          <w:bCs/>
        </w:rPr>
        <w:t>2. בָּעֶרֶב הַשְּׁלִישִׁי, כַּמָּה נֵרוֹת דּוֹלְקִים יַחַד עִם הַשַּׁמָּשׁ?</w:t>
      </w:r>
    </w:p>
    <w:p>
      <w:pPr>
        <w:bidi/>
        <w:jc w:val="right"/>
      </w:pPr>
      <w:r>
        <w:rPr>
          <w:rFonts w:ascii="Arial" w:hAnsi="Arial" w:cs="Arial"/>
          <w:sz w:val="28"/>
          <w:rtl/>
          <w:szCs w:val="28"/>
        </w:rPr>
        <w:t xml:space="preserve">   ◯ א. שְׁלֹשָׁה</w:t>
      </w:r>
    </w:p>
    <w:p>
      <w:pPr>
        <w:bidi/>
        <w:jc w:val="right"/>
      </w:pPr>
      <w:r>
        <w:rPr>
          <w:rFonts w:ascii="Arial" w:hAnsi="Arial" w:cs="Arial"/>
          <w:sz w:val="28"/>
          <w:rtl/>
          <w:szCs w:val="28"/>
        </w:rPr>
        <w:t xml:space="preserve">   ◯ ב. אַרְבָּעָה</w:t>
      </w:r>
    </w:p>
    <w:p>
      <w:pPr>
        <w:bidi/>
        <w:jc w:val="right"/>
      </w:pPr>
      <w:r>
        <w:rPr>
          <w:rFonts w:ascii="Arial" w:hAnsi="Arial" w:cs="Arial"/>
          <w:sz w:val="28"/>
          <w:rtl/>
          <w:szCs w:val="28"/>
        </w:rPr>
        <w:t xml:space="preserve">   ◯ ג. שְׁמוֹנָה</w:t>
      </w:r>
    </w:p>
    <w:p>
      <w:pPr>
        <w:bidi/>
        <w:jc w:val="right"/>
      </w:pPr>
      <w:r>
        <w:rPr>
          <w:rFonts w:ascii="Arial" w:hAnsi="Arial" w:cs="Arial"/>
          <w:sz w:val="28"/>
          <w:rtl/>
          <w:szCs w:val="28"/>
        </w:rPr>
        <w:t xml:space="preserve">   ◯ ד. תִּשְׁעָה</w:t>
      </w:r>
    </w:p>
    <w:p>
      <w:pPr>
        <w:bidi/>
        <w:jc w:val="right"/>
      </w:pPr>
      <w:r>
        <w:rPr>
          <w:rFonts w:ascii="Arial" w:hAnsi="Arial" w:cs="Arial"/>
          <w:b/>
          <w:sz w:val="28"/>
          <w:rtl/>
          <w:szCs w:val="28"/>
          <w:bCs/>
        </w:rPr>
        <w:t>3. לָמָּה מִחוּץ לָאָרֶץ כָּתוּב עַל הַסְּבִיבוֹן ש וְלֹא פ?</w:t>
      </w:r>
    </w:p>
    <w:p>
      <w:pPr>
        <w:bidi/>
        <w:jc w:val="right"/>
      </w:pPr>
      <w:r>
        <w:rPr>
          <w:rFonts w:ascii="Arial" w:hAnsi="Arial" w:cs="Arial"/>
          <w:sz w:val="28"/>
          <w:rtl/>
          <w:szCs w:val="28"/>
        </w:rPr>
        <w:t xml:space="preserve">   ◯ א. כִּי קַל יוֹתֵר לִכְתֹּב ש</w:t>
      </w:r>
    </w:p>
    <w:p>
      <w:pPr>
        <w:bidi/>
        <w:jc w:val="right"/>
      </w:pPr>
      <w:r>
        <w:rPr>
          <w:rFonts w:ascii="Arial" w:hAnsi="Arial" w:cs="Arial"/>
          <w:sz w:val="28"/>
          <w:rtl/>
          <w:szCs w:val="28"/>
        </w:rPr>
        <w:t xml:space="preserve">   ◯ ב. כִּי ש הִיא הָאוֹת שֶׁל „שֶׁמֶן”</w:t>
      </w:r>
    </w:p>
    <w:p>
      <w:pPr>
        <w:bidi/>
        <w:jc w:val="right"/>
      </w:pPr>
      <w:r>
        <w:rPr>
          <w:rFonts w:ascii="Arial" w:hAnsi="Arial" w:cs="Arial"/>
          <w:sz w:val="28"/>
          <w:rtl/>
          <w:szCs w:val="28"/>
        </w:rPr>
        <w:t xml:space="preserve">   ◯ ג. כִּי שָׁם אוֹמְרִים: הַנֵּס הָיָה שָׁם, רָחוֹק</w:t>
      </w:r>
    </w:p>
    <w:p>
      <w:pPr>
        <w:bidi/>
        <w:jc w:val="right"/>
      </w:pPr>
      <w:r>
        <w:rPr>
          <w:rFonts w:ascii="Arial" w:hAnsi="Arial" w:cs="Arial"/>
          <w:sz w:val="28"/>
          <w:rtl/>
          <w:szCs w:val="28"/>
        </w:rPr>
        <w:t xml:space="preserve">   ◯ ד. כִּי אֵין אֶת הָאוֹת פ בְּשָׂפוֹת אֲחֵרוֹת</w:t>
      </w:r>
    </w:p>
    <w:p>
      <w:pPr>
        <w:bidi/>
        <w:jc w:val="right"/>
      </w:pPr>
      <w:r>
        <w:rPr>
          <w:rFonts w:ascii="Arial" w:hAnsi="Arial" w:cs="Arial"/>
          <w:b/>
          <w:sz w:val="28"/>
          <w:rtl/>
          <w:szCs w:val="28"/>
          <w:bCs/>
        </w:rPr>
        <w:t>4. מָה מְשֻׁתָּף לַסֻּפְגָּנִיָּה, לַסְּפִינְג׳ וְלַלְּבִיבָה?</w:t>
      </w:r>
    </w:p>
    <w:p>
      <w:pPr>
        <w:bidi/>
        <w:jc w:val="right"/>
      </w:pPr>
      <w:r>
        <w:rPr>
          <w:rFonts w:ascii="Arial" w:hAnsi="Arial" w:cs="Arial"/>
          <w:sz w:val="28"/>
          <w:rtl/>
          <w:szCs w:val="28"/>
        </w:rPr>
        <w:t xml:space="preserve">   ◯ א. כֻּלָּן עֲשׂוּיוֹת מִשּׁוֹקוֹלָד</w:t>
      </w:r>
    </w:p>
    <w:p>
      <w:pPr>
        <w:bidi/>
        <w:jc w:val="right"/>
      </w:pPr>
      <w:r>
        <w:rPr>
          <w:rFonts w:ascii="Arial" w:hAnsi="Arial" w:cs="Arial"/>
          <w:sz w:val="28"/>
          <w:rtl/>
          <w:szCs w:val="28"/>
        </w:rPr>
        <w:t xml:space="preserve">   ◯ ב. כֻּלָּן מְבֻשָּׁלוֹת בְּמַיִם</w:t>
      </w:r>
    </w:p>
    <w:p>
      <w:pPr>
        <w:bidi/>
        <w:jc w:val="right"/>
      </w:pPr>
      <w:r>
        <w:rPr>
          <w:rFonts w:ascii="Arial" w:hAnsi="Arial" w:cs="Arial"/>
          <w:sz w:val="28"/>
          <w:rtl/>
          <w:szCs w:val="28"/>
        </w:rPr>
        <w:t xml:space="preserve">   ◯ ג. כֻּלָּן מַגִּיעוֹת מֵאוֹתָהּ מְדִינָה</w:t>
      </w:r>
    </w:p>
    <w:p>
      <w:pPr>
        <w:bidi/>
        <w:jc w:val="right"/>
      </w:pPr>
      <w:r>
        <w:rPr>
          <w:rFonts w:ascii="Arial" w:hAnsi="Arial" w:cs="Arial"/>
          <w:sz w:val="28"/>
          <w:rtl/>
          <w:szCs w:val="28"/>
        </w:rPr>
        <w:t xml:space="preserve">   ◯ ד. כֻּלָּן מְטֻגָּנוֹת בְּשֶׁמֶן</w:t>
      </w:r>
    </w:p>
    <w:p>
      <w:pPr>
        <w:bidi/>
        <w:jc w:val="right"/>
      </w:pPr>
      <w:r>
        <w:rPr>
          <w:rFonts w:ascii="Arial" w:hAnsi="Arial" w:cs="Arial"/>
          <w:b/>
          <w:sz w:val="28"/>
          <w:rtl/>
          <w:szCs w:val="28"/>
          <w:bCs/>
        </w:rPr>
        <w:t>5. מָה אֶפְשָׁר לְהָבִין מֵהַשֵּׁם „שַׁמָּשׁ”?</w:t>
      </w:r>
    </w:p>
    <w:p>
      <w:pPr>
        <w:bidi/>
        <w:jc w:val="right"/>
      </w:pPr>
      <w:r>
        <w:rPr>
          <w:rFonts w:ascii="Arial" w:hAnsi="Arial" w:cs="Arial"/>
          <w:sz w:val="28"/>
          <w:rtl/>
          <w:szCs w:val="28"/>
        </w:rPr>
        <w:t xml:space="preserve">   ◯ א. שֶׁהוּא הַנֵּר הֲכִי גָּדוֹל</w:t>
      </w:r>
    </w:p>
    <w:p>
      <w:pPr>
        <w:bidi/>
        <w:jc w:val="right"/>
      </w:pPr>
      <w:r>
        <w:rPr>
          <w:rFonts w:ascii="Arial" w:hAnsi="Arial" w:cs="Arial"/>
          <w:sz w:val="28"/>
          <w:rtl/>
          <w:szCs w:val="28"/>
        </w:rPr>
        <w:t xml:space="preserve">   ◯ ב. שֶׁהוּא מְשָׁרֵת וְעוֹזֵר לַנֵּרוֹת הָאֲחֵרִים</w:t>
      </w:r>
    </w:p>
    <w:p>
      <w:pPr>
        <w:bidi/>
        <w:jc w:val="right"/>
      </w:pPr>
      <w:r>
        <w:rPr>
          <w:rFonts w:ascii="Arial" w:hAnsi="Arial" w:cs="Arial"/>
          <w:sz w:val="28"/>
          <w:rtl/>
          <w:szCs w:val="28"/>
        </w:rPr>
        <w:t xml:space="preserve">   ◯ ג. שֶׁהוּא דּוֹלֵק רַק בַּבֹּקֶר</w:t>
      </w:r>
    </w:p>
    <w:p>
      <w:pPr>
        <w:bidi/>
        <w:jc w:val="right"/>
      </w:pPr>
      <w:r>
        <w:rPr>
          <w:rFonts w:ascii="Arial" w:hAnsi="Arial" w:cs="Arial"/>
          <w:sz w:val="28"/>
          <w:rtl/>
          <w:szCs w:val="28"/>
        </w:rPr>
        <w:t xml:space="preserve">   ◯ ד. שֶׁהוּא עָשׂוּי מִשֶּׁמֶשׁ</w:t>
      </w:r>
    </w:p>
    <w:p>
      <w:pPr>
        <w:bidi/>
        <w:jc w:val="right"/>
      </w:pPr>
      <w:r>
        <w:rPr>
          <w:rFonts w:ascii="Arial" w:hAnsi="Arial" w:cs="Arial"/>
          <w:b/>
          <w:sz w:val="28"/>
          <w:rtl/>
          <w:szCs w:val="28"/>
          <w:bCs/>
        </w:rPr>
        <w:t>6. לָמָּה שָׂמִים אֶת הַחֲנֻכִּיָּה לְיַד הַחַלּוֹן?</w:t>
      </w:r>
    </w:p>
    <w:p>
      <w:pPr>
        <w:bidi/>
        <w:jc w:val="right"/>
      </w:pPr>
      <w:r>
        <w:rPr>
          <w:rFonts w:ascii="Arial" w:hAnsi="Arial" w:cs="Arial"/>
          <w:sz w:val="28"/>
          <w:rtl/>
          <w:szCs w:val="28"/>
        </w:rPr>
        <w:t xml:space="preserve">   ◯ א. כְּדֵי שֶׁיִּהְיֶה חַם בַּחוּץ</w:t>
      </w:r>
    </w:p>
    <w:p>
      <w:pPr>
        <w:bidi/>
        <w:jc w:val="right"/>
      </w:pPr>
      <w:r>
        <w:rPr>
          <w:rFonts w:ascii="Arial" w:hAnsi="Arial" w:cs="Arial"/>
          <w:sz w:val="28"/>
          <w:rtl/>
          <w:szCs w:val="28"/>
        </w:rPr>
        <w:t xml:space="preserve">   ◯ ב. כְּדֵי שֶׁהַנֵּרוֹת יִכָּבוּ מַהֵר</w:t>
      </w:r>
    </w:p>
    <w:p>
      <w:pPr>
        <w:bidi/>
        <w:jc w:val="right"/>
      </w:pPr>
      <w:r>
        <w:rPr>
          <w:rFonts w:ascii="Arial" w:hAnsi="Arial" w:cs="Arial"/>
          <w:sz w:val="28"/>
          <w:rtl/>
          <w:szCs w:val="28"/>
        </w:rPr>
        <w:t xml:space="preserve">   ◯ ג. כְּדֵי שֶׁגַּם הָעוֹבְרִים בָּרְחוֹב יִרְאוּ אֶת הָאוֹר</w:t>
      </w:r>
    </w:p>
    <w:p>
      <w:pPr>
        <w:bidi/>
        <w:jc w:val="right"/>
      </w:pPr>
      <w:r>
        <w:rPr>
          <w:rFonts w:ascii="Arial" w:hAnsi="Arial" w:cs="Arial"/>
          <w:sz w:val="28"/>
          <w:rtl/>
          <w:szCs w:val="28"/>
        </w:rPr>
        <w:t xml:space="preserve">   ◯ ד. כִּי אֵין מָקוֹם אַחֵר</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6"/>
                <w:rtl/>
                <w:szCs w:val="26"/>
                <w:bCs/>
              </w:rPr>
              <w:t>היגד</w:t>
            </w:r>
          </w:p>
        </w:tc>
        <w:tc>
          <w:tcPr>
            <w:tcW w:type="dxa" w:w="3475"/>
            <w:shd w:val="clear" w:fill="E5DBFF"/>
          </w:tcPr>
          <w:p>
            <w:pPr>
              <w:bidi/>
              <w:jc w:val="right"/>
            </w:pPr>
            <w:r>
              <w:rPr>
                <w:rFonts w:ascii="Arial" w:hAnsi="Arial" w:cs="Arial"/>
                <w:b/>
                <w:sz w:val="26"/>
                <w:rtl/>
                <w:szCs w:val="26"/>
                <w:bCs/>
              </w:rPr>
              <w:t>נכון</w:t>
            </w:r>
          </w:p>
        </w:tc>
        <w:tc>
          <w:tcPr>
            <w:tcW w:type="dxa" w:w="3475"/>
            <w:shd w:val="clear" w:fill="E5DBFF"/>
          </w:tcPr>
          <w:p>
            <w:pPr>
              <w:bidi/>
              <w:jc w:val="right"/>
            </w:pPr>
            <w:r>
              <w:rPr>
                <w:rFonts w:ascii="Arial" w:hAnsi="Arial" w:cs="Arial"/>
                <w:b/>
                <w:sz w:val="26"/>
                <w:rtl/>
                <w:szCs w:val="26"/>
                <w:bCs/>
              </w:rPr>
              <w:t>לא נכון</w:t>
            </w:r>
          </w:p>
        </w:tc>
      </w:tr>
      <w:tr>
        <w:tc>
          <w:tcPr>
            <w:tcW w:type="dxa" w:w="3475"/>
          </w:tcPr>
          <w:p>
            <w:pPr>
              <w:bidi/>
              <w:jc w:val="right"/>
            </w:pPr>
            <w:r>
              <w:rPr>
                <w:rFonts w:ascii="Arial" w:hAnsi="Arial" w:cs="Arial"/>
                <w:sz w:val="26"/>
                <w:rtl/>
                <w:szCs w:val="26"/>
              </w:rPr>
              <w:t>חֲנֻכָּה נִמְשֶׁכֶת שְׁמוֹנָה יָמִים.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בַּחֲנֻכִּיָּה יֵשׁ שִׁבְעָה נֵרוֹת בְּסַךְ הַכֹּל.</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בְּיִשְׂרָאֵל כָּתוּב עַל הַסְּבִיבוֹן נ ג ה פ.</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הַשַּׁמָּשׁ הוּא הַנֵּר הָאַחֲרוֹן שֶׁמַּדְלִיקִים.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אוֹכְלִים מַאַכְלֵי שֶׁמֶן כְּדֵי לִזְכֹּר אֶת פַּךְ הַשֶּׁמֶן.</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חֲנֻכָּה חָלָה בַּקַּיִץ, בַּיָּמִים הָאֲרֻכִּים.</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חַג הַבָּנוֹת הוּא מִנְהָג שֶׁל קְהִלּוֹת מִצְּפוֹן אַפְרִיקָה.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שָׂמִים אֶת הַחֲנֻכִּיָּה בְּמָקוֹם מֻסְתָּר בַּבַּיִת.</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בְּכָל עֶרֶב שֶׁל חֲנֻכָּה מוֹסִיפִים נֵר אֶחָד.</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r>
        <w:tc>
          <w:tcPr>
            <w:tcW w:type="dxa" w:w="3475"/>
          </w:tcPr>
          <w:p>
            <w:pPr>
              <w:bidi/>
              <w:jc w:val="right"/>
            </w:pPr>
            <w:r>
              <w:rPr>
                <w:rFonts w:ascii="Arial" w:hAnsi="Arial" w:cs="Arial"/>
                <w:sz w:val="26"/>
                <w:rtl/>
                <w:szCs w:val="26"/>
              </w:rPr>
              <w:t>סֻפְגָּנִיּוֹת הֵן הַמַּאֲכָל הַיָּחִיד שֶׁל חֲנֻכָּה.</w:t>
            </w:r>
          </w:p>
        </w:tc>
        <w:tc>
          <w:tcPr>
            <w:tcW w:type="dxa" w:w="3475"/>
          </w:tcPr>
          <w:p>
            <w:pPr>
              <w:bidi/>
              <w:jc w:val="right"/>
            </w:pPr>
            <w:r>
              <w:rPr>
                <w:rFonts w:ascii="Arial" w:hAnsi="Arial" w:cs="Arial"/>
                <w:sz w:val="26"/>
                <w:rtl/>
                <w:szCs w:val="26"/>
              </w:rPr>
              <w:t>☐</w:t>
            </w:r>
          </w:p>
        </w:tc>
        <w:tc>
          <w:tcPr>
            <w:tcW w:type="dxa" w:w="3475"/>
          </w:tcPr>
          <w:p>
            <w:pPr>
              <w:bidi/>
              <w:jc w:val="right"/>
            </w:pPr>
            <w:r>
              <w:rPr>
                <w:rFonts w:ascii="Arial" w:hAnsi="Arial" w:cs="Arial"/>
                <w:sz w:val="26"/>
                <w:rtl/>
                <w:szCs w:val="26"/>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8"/>
          <w:rtl/>
          <w:szCs w:val="28"/>
        </w:rPr>
        <w:t>מחסן: כְּדֵי · וְגַם · כַּאֲשֶׁר · אֲבָל · אַחֲרֵי · לָכֵן · לְפִי</w:t>
      </w:r>
    </w:p>
    <w:p>
      <w:pPr>
        <w:bidi/>
        <w:jc w:val="right"/>
      </w:pPr>
      <w:r>
        <w:rPr>
          <w:rFonts w:ascii="Arial" w:hAnsi="Arial" w:cs="Arial"/>
          <w:b/>
          <w:color w:val="6A3FD4"/>
          <w:sz w:val="26"/>
          <w:rtl/>
          <w:szCs w:val="26"/>
          <w:bCs/>
        </w:rPr>
        <w:t>▌ השלימו</w:t>
      </w:r>
    </w:p>
    <w:p>
      <w:pPr>
        <w:bidi/>
        <w:jc w:val="right"/>
      </w:pPr>
      <w:r>
        <w:rPr>
          <w:rFonts w:ascii="Arial" w:hAnsi="Arial" w:cs="Arial"/>
          <w:sz w:val="28"/>
          <w:rtl/>
          <w:szCs w:val="28"/>
        </w:rPr>
        <w:t>חֲנֻכָּה חָלָה בַּחֹרֶף, (1)________ הַלֵּילוֹת אֲרֻכִּים וַחֲשׁוּכִים. מַדְלִיקִים נֵרוֹת (2)________ לְהַרְבּוֹת אוֹר. (3)________ הָעֶרֶב הָרִאשׁוֹן מוֹסִיפִים נֵר בְּכָל לַיְלָה. (4)________ הַסִּפּוּר, פַּךְ קָטָן הִסְפִּיק לִשְׁמוֹנָה יָמִים. (5)________ אוֹכְלִים מַאַכְלֵי שֶׁמֶן.</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8"/>
          <w:rtl/>
          <w:szCs w:val="28"/>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8"/>
          <w:rtl/>
          <w:szCs w:val="28"/>
        </w:rPr>
        <w:t>בָּעֶרֶב הָרִאשׁוֹן שֶׁל חֲנֻכָּה עָמַדְנוּ בְּהַחַלּוֹן וְהִדְלַקְנוּ נֵרוֹת. שְׁנֵי נֵרוֹת דּוֹלֶקֶת הֵאִירוּ אֶת הַחֶדֶר. אַחַר כָּךְ רַצְנוּ לְהַמִּטְבָּח. הַסֻּפְגָּנִיּוֹת הָיָה מְתוּקוֹת וְחַמּוֹת. בַּסּוֹף שִׂחַקְנוּ בִּשְׂבִיבוֹן עַד שֶׁכָּבוּ הַנֵּרוֹת.</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חֲנֻכִּיָּה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שַׁמָּשׁ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פַּךְ הַשֶּׁמֶן</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סְבִיבוֹן</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מַכַּבִּים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פִּרְסוּם הַנֵּס</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מְנוֹרָה שֶׁל שְׁמוֹנָה נֵרוֹת וְעוֹד נֵר שַׁמָּשׁ.</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הַנֵּר שֶׁמַּדְלִיק אֶת כָּל הַנֵּרוֹת הָאֲחֵרִים.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כַּד קָטָן שֶׁל שֶׁמֶן טָהוֹר, לְפִי הַמָּסֹרֶת.</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צַעֲצוּעַ שֶׁמִּסְתּוֹבֵב, וְעָלָיו אַרְבַּע אוֹתִיּוֹת.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קְבוּצָה שֶׁשָּׁמְרָה עַל הַמָּסֹרֶת שֶׁלָּהּ, לְפִי סִפּוּר הַחַג.</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לְהַרְאוֹת לְכֻלָּם אֶת אוֹר הַחַג.</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8"/>
          <w:rtl/>
          <w:szCs w:val="28"/>
        </w:rPr>
        <w:t>משהו אחד שלמדתי היום: ______________________</w:t>
      </w:r>
    </w:p>
    <w:p>
      <w:pPr>
        <w:bidi/>
        <w:jc w:val="right"/>
      </w:pPr>
      <w:r>
        <w:rPr>
          <w:rFonts w:ascii="Arial" w:hAnsi="Arial" w:cs="Arial"/>
          <w:sz w:val="28"/>
          <w:rtl/>
          <w:szCs w:val="28"/>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כסליו–חנוכה · יסודי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