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🕎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🕎 כסליו–חנוכה · יסודי – חנ״מ · חוברת תלמיד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🔍 מִי הֵבִיא אֶת הַחֲנֻכִּיָּה?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התיק: מִי הֵבִיא אֶת הַחֲנֻכִּיָּה לַכִּתָּה?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בַּבֹּקֶר הָיְתָה חֲנֻכִּיָּה עַל הַשֻּׁלְחָן. 🕎 הִיא הָיְתָה עֲשׂוּיָה מִפְּקָקִים צִבְעוֹנִיִּים. לְיָדָהּ הָיָה כּוֹכָב שֶׁל נְיָר. ⭐ בַּכִּתָּה יֵשׁ שְׁלוֹשָׁה יְלָדִים. רוֹנִי אוֹהֵב לְצַיֵּר פְּרָחִים. 🌸 לִיאוֹר אוֹסֶפֶת פְּקָקִים בַּבַּיִת. הִיא גַּם גּוֹזֶרֶת כּוֹכָבִים מִנְּיָר. ✂️ דָּנָה הָיְתָה חוֹלָה כָּל הַשָּׁבוּעַ. 🤒 הִיא לֹא הָיְתָה בַּכִּתָּה.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🌸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רוֹנִי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אוֹהֵב לְצַיֵּר פְּרָחִים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✂️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לִיאוֹר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אוֹסֶפֶת פְּקָקִים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דָּנָה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הָיְתָה חוֹלָה הַשָּׁבוּעַ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מִמָּה עֲשׂוּיָה הַחֲנֻכִּיָּה?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מֵעֵץ 🪵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מִפְּקָקִים 🧴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מִזְּכוּכִית 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מִי לֹא הָיְתָה בַּכִּתָּה?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לִיאוֹר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רוֹנִי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דָּנָה 🤒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מָה עוֹד הָיָה לְיַד הַחֲנֻכִּיָּה?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כּוֹכָב שֶׁל נְיָר 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פֶּרַח 🌸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סְבִיבוֹן 🎲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צֹפֶן חֲנֻכָּה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בַּחֲנֻכָּה מַדְלִיקִים נֵרוֹת. 🕯️ כָּל עֶרֶב מוֹסִיפִים עוֹד נֵר. הַנֵּר הַמְּיֻחָד הוּא הַשַּׁמָּשׁ. הוּא מַדְלִיק אֶת כָּל הַנֵּרוֹת. אוֹכְלִים סֻפְגָּנִיּוֹת. 🍩 מְשַׂחֲקִים בִּסְבִיבוֹן. 🎲 הֶחָג נִמְשָׁךְ שְׁמוֹנָה יָמִים.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🔢 ‏14‏ ‏- 20‏ ‏- 6‏ ‏- 22‏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🕯️ דּוֹלְקִים בַּחֲנֻכִּיָּה.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ש מ 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🔥 הַנֵּר שֶׁמַּדְלִיק אֶת כֻּלָּם.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נ ס ב י ו 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🎲 מִסְתּוֹבֵב וּמְשַׂחֲקִים בּוֹ.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מַסָּע קָטָן שֶׁל אוֹר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שָׁלוֹשׁ תַּחֲנוֹת. בְּכָל תַּחֲנָה – אוֹת אַחַת. ✨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🕎 הַחֲנֻכִּיָּה – כַּמָּה יָמִים חוֹגְגִים חֲנֻכָּה?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שְׁמוֹנָה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שְׁלוֹשָׁה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עֶשֶׂר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🍩 הַמִּטְבָּח – בַּמָּה מְטַגְּנִים סֻפְגָּנִיּוֹת?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בְּמַיִם 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בְּחָלָב 🥛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בְּשֶׁמֶן 🫒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🎲 הַסְּבִיבוֹן – מָה כָּתוּב עַל סְבִיבוֹן בְּיִשְׂרָאֵל?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 ב ג 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 ג ה פ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 ל ו 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1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2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קסם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מְסַדְּרִים וּמְמַיְּנִים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שְׁנֵי מִשְׂחָקִים קְטַנִּים. סַדְּרוּ וּמַיְּנוּ! 😊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אֵיךְ מַדְלִיקִים? סַדְּרוּ.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מְבָרְכִים 🙏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מַדְלִיקִים אֶת הַנֵּרוֹת 🕎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מַדְלִיקִים אֶת הַשַּׁמָּשׁ 🔥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מְטֻגָּן בְּשֶׁמֶן אוֹ לֹא?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מְטֻגָּן בְּשֶׁמֶן 🫒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לֹא מְטֻגָּן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מִיץ 🧃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לְבִיבָה 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תַּפּוּחַ 🍎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סֻפְגָּנִיָּה 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סְפִינְג׳ 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מַדְלִיקִים אֶת הַשַּׁמָּשׁ 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מְבָרְכִים 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מַדְלִיקִים אֶת הַנֵּרוֹת 🕎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סֻפְגָּנִיָּה 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תַּפּוּחַ 🍎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לְבִיבָה 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מִיץ 🧃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סְפִינְג׳ 🍩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נַחְשׁוּ: הַחֲנֻכָּה שֶׁל נֹגַה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עֶרֶב רִאשׁוֹן שֶׁל חֲנֻכָּה. 🌙 נֹגַה עוֹמֶדֶת לְיַד הַחֲנֻכִּיָּה.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כַּמָּה נֵרוֹת יִדְלְקוּ הַיּוֹם?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נֵר אֶחָד וְשַׁמָּשׁ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שְׁמוֹנָה נֵרוֹת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אַף נֵר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בָּעֶרֶב הַשֵּׁנִי בָּא שָׁכֵן חָדָשׁ. 👋 הוּא לֹא מַכִּיר אֶת הַחַג.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תַּעֲשֶׂה נֹגַה?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תִּסְגֹּר אֶת הַדֶּלֶת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תַּסְבִּיר לוֹ עַל חֲנֻכָּה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תֵּלֵךְ לַחֶדֶר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נֹגַה וְהַשָּׁכֵן רוֹצִים לְשַׂחֵק. 🎲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בְּמָה הֵם יְשַׂחֲקוּ?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בְּכַדּוּר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בְּבָלוֹנִים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בִּסְבִיבוֹן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🤔 מִי לֹא שַׁיָּךְ?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🍩 סֻפְגָּנִיָּה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🥔 לְבִיבָה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🍦 גְּלִידָה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🍩 סְפִינְג׳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הִיא קָרָה וְלֹא מְטֻגֶּנֶת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הִיא מְתוּקָה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הִיא צְהֻבָּה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🕯️ נֵר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⚽ כַּדּוּר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🕎 חֲנֻכִּיָּה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🔥 שַׁמָּשׁ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הוּא עָגֹל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הוּא לֹא נוֹתֵן אוֹר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הוּא גָּדוֹל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מ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הִיא אוֹת יָפָה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הִיא אוֹת גְּדוֹלָה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הִיא לֹא עַל הַסְּבִיבוֹן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כַּמָּה יָמִים חֲנֻכָּה?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שְׁמוֹנָה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שְׁלֹשָׁה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עֶשֶׂר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מַדְלִיק אֶת הַנֵּרוֹת?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הַחַלּוֹן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הַשַּׁמָּשׁ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הַסְּבִיבוֹן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לָמָּה אוֹכְלִים סֻפְגָּנִיּוֹת?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קַר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הֵן קָרוֹת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כִּי הֵן בְּשֶׁמֶן, כְּמוֹ בַּסִּפּוּר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מָה עוֹשֶׂה אוֹר בַּחֹשֶׁךְ?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מַפְחִיד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מֵאִיר וּמְשַׂמֵּחַ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מְכַבֶּה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🕎 חֲנֻכָּה הִיא חַג שֶׁל אוֹר.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🍦 בַּחֲנֻכָּה אוֹכְלִים גְּלִידָה.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🌀 הַסְּבִיבוֹן מִסְתּוֹבֵב.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☀️ חֲנֻכָּה בַּקַּיִץ.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🕯️ כָּל עֶרֶב מוֹסִיפִים נֵר.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🙈 מַסְתִּירִים אֶת הַחֲנֻכִּיָּה.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מחסן: נֵרוֹת · סֻפְגָּנִיּוֹת · סְבִיבוֹן · גְּלִידָה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בַּחֲנֻכָּה מַדְלִיקִים (1)________. הַשַּׁמָּשׁ מַדְלִיק אֶת כֻּלָּם. אוֹכְלִים (2)________ בְּשֶׁמֶן. מְשַׂחֲקִים בִּ(3)________.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הִדְלַקְנוּ נֵרוֹת בְּהַחֲנֻכִּיָּה. הַנֵּרוֹת דּוֹלֶקֶת. אָכַלְנוּ סֻפְגָּנִיָּה מָתוֹק.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🕎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חֲנֻכִּיָּה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🕯️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נֵר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שַׁמָּשׁ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סְבִיבוֹן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🍩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סֻפְגָּנִיָּה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🫙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שֶׁמֶן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מְנוֹרָה שֶׁל חֲנֻכָּה.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נוֹתֵן אוֹר קָטָן.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הַנֵּר שֶׁמַּדְלִיק אֶת כֻּלָּם.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צַעֲצוּעַ שֶׁמִּסְתּוֹבֵב.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מַאֲפֶה מָתוֹק בְּשֶׁמֶן.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נוֹזֵל לְטִגּוּן וּלְאוֹר.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🕎 כסליו–חנוכה · יסודי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